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FFCF0" w14:textId="3EAE1D5C" w:rsidR="00DA41A8" w:rsidRPr="00F42569" w:rsidRDefault="0025284C" w:rsidP="006064E1">
      <w:pPr>
        <w:spacing w:after="40" w:line="240" w:lineRule="auto"/>
        <w:jc w:val="center"/>
        <w:rPr>
          <w:rFonts w:ascii="標楷體" w:eastAsia="標楷體" w:hAnsi="標楷體"/>
          <w:b/>
          <w:color w:val="254358"/>
          <w:sz w:val="36"/>
          <w:szCs w:val="36"/>
          <w:lang w:eastAsia="zh-TW"/>
        </w:rPr>
      </w:pPr>
      <w:proofErr w:type="gramStart"/>
      <w:r w:rsidRPr="00F42569">
        <w:rPr>
          <w:rFonts w:ascii="標楷體" w:eastAsia="標楷體" w:hAnsi="標楷體" w:hint="eastAsia"/>
          <w:b/>
          <w:color w:val="254358"/>
          <w:sz w:val="36"/>
          <w:szCs w:val="36"/>
          <w:lang w:eastAsia="zh-TW"/>
        </w:rPr>
        <w:t>臺</w:t>
      </w:r>
      <w:proofErr w:type="gramEnd"/>
      <w:r w:rsidRPr="00F42569">
        <w:rPr>
          <w:rFonts w:ascii="標楷體" w:eastAsia="標楷體" w:hAnsi="標楷體" w:hint="eastAsia"/>
          <w:b/>
          <w:color w:val="254358"/>
          <w:sz w:val="36"/>
          <w:szCs w:val="36"/>
          <w:lang w:eastAsia="zh-TW"/>
        </w:rPr>
        <w:t>中市兒童福利服</w:t>
      </w:r>
      <w:r w:rsidRPr="00F42569">
        <w:rPr>
          <w:rFonts w:ascii="標楷體" w:eastAsia="標楷體" w:hAnsi="標楷體" w:cs="新細明體" w:hint="eastAsia"/>
          <w:b/>
          <w:color w:val="254358"/>
          <w:sz w:val="36"/>
          <w:szCs w:val="36"/>
          <w:lang w:eastAsia="zh-TW"/>
        </w:rPr>
        <w:t>務中心</w:t>
      </w:r>
      <w:r w:rsidRPr="00F42569">
        <w:rPr>
          <w:rFonts w:ascii="標楷體" w:eastAsia="標楷體" w:hAnsi="標楷體"/>
          <w:b/>
          <w:color w:val="254358"/>
          <w:sz w:val="36"/>
          <w:szCs w:val="36"/>
          <w:lang w:eastAsia="zh-TW"/>
        </w:rPr>
        <w:t>志工</w:t>
      </w:r>
      <w:r w:rsidR="006064E1" w:rsidRPr="00F42569">
        <w:rPr>
          <w:rFonts w:ascii="標楷體" w:eastAsia="標楷體" w:hAnsi="標楷體" w:hint="eastAsia"/>
          <w:b/>
          <w:color w:val="254358"/>
          <w:sz w:val="36"/>
          <w:szCs w:val="36"/>
          <w:lang w:eastAsia="zh-TW"/>
        </w:rPr>
        <w:t>召募報名表</w:t>
      </w:r>
    </w:p>
    <w:p w14:paraId="64774127" w14:textId="77777777" w:rsidR="00DA41A8" w:rsidRPr="00F42569" w:rsidRDefault="00000000">
      <w:pPr>
        <w:spacing w:after="160" w:line="240" w:lineRule="auto"/>
        <w:jc w:val="center"/>
        <w:rPr>
          <w:rFonts w:ascii="標楷體" w:eastAsia="標楷體" w:hAnsi="標楷體"/>
          <w:sz w:val="28"/>
          <w:szCs w:val="28"/>
          <w:lang w:eastAsia="zh-TW"/>
        </w:rPr>
      </w:pPr>
      <w:r w:rsidRPr="00F42569">
        <w:rPr>
          <w:rFonts w:ascii="標楷體" w:eastAsia="標楷體" w:hAnsi="標楷體"/>
          <w:color w:val="5A5A5A"/>
          <w:sz w:val="28"/>
          <w:szCs w:val="28"/>
          <w:lang w:eastAsia="zh-TW"/>
        </w:rPr>
        <w:t>（供志工報到、服務安排、志工意外保險及必要行政聯繫使用）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2"/>
        <w:gridCol w:w="9734"/>
      </w:tblGrid>
      <w:tr w:rsidR="00DA41A8" w:rsidRPr="0025284C" w14:paraId="430FF94F" w14:textId="77777777">
        <w:trPr>
          <w:jc w:val="center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315B7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E0B5753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  <w:t>1</w:t>
            </w:r>
          </w:p>
        </w:tc>
        <w:tc>
          <w:tcPr>
            <w:tcW w:w="9734" w:type="dxa"/>
            <w:tcBorders>
              <w:top w:val="nil"/>
              <w:left w:val="nil"/>
              <w:bottom w:val="nil"/>
              <w:right w:val="nil"/>
            </w:tcBorders>
            <w:shd w:val="clear" w:color="auto" w:fill="EAF1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21E30C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color w:val="254358"/>
                <w:sz w:val="28"/>
                <w:szCs w:val="28"/>
              </w:rPr>
              <w:t>個人基本資料</w:t>
            </w:r>
          </w:p>
        </w:tc>
      </w:tr>
    </w:tbl>
    <w:p w14:paraId="56DC1D25" w14:textId="77777777" w:rsidR="00DA41A8" w:rsidRPr="0025284C" w:rsidRDefault="00DA41A8" w:rsidP="0025284C">
      <w:pPr>
        <w:spacing w:after="20"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0"/>
        <w:gridCol w:w="2693"/>
        <w:gridCol w:w="1843"/>
        <w:gridCol w:w="3819"/>
      </w:tblGrid>
      <w:tr w:rsidR="00DA41A8" w:rsidRPr="0025284C" w14:paraId="53CAC851" w14:textId="77777777" w:rsidTr="005217BB">
        <w:trPr>
          <w:cantSplit/>
          <w:jc w:val="center"/>
        </w:trPr>
        <w:tc>
          <w:tcPr>
            <w:tcW w:w="204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56FF4A" w14:textId="77777777" w:rsidR="00DA41A8" w:rsidRPr="0025284C" w:rsidRDefault="00000000" w:rsidP="00F876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2693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8C947A" w14:textId="77777777" w:rsidR="00DA41A8" w:rsidRPr="0025284C" w:rsidRDefault="00DA41A8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28B095" w14:textId="77777777" w:rsidR="00DA41A8" w:rsidRPr="0025284C" w:rsidRDefault="00000000" w:rsidP="00F876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性別</w:t>
            </w:r>
          </w:p>
        </w:tc>
        <w:tc>
          <w:tcPr>
            <w:tcW w:w="3819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636E634" w14:textId="77777777" w:rsidR="005217BB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proofErr w:type="gramStart"/>
            <w:r w:rsidRPr="0025284C">
              <w:rPr>
                <w:rFonts w:ascii="標楷體" w:eastAsia="標楷體" w:hAnsi="標楷體"/>
                <w:sz w:val="28"/>
                <w:szCs w:val="28"/>
              </w:rPr>
              <w:t xml:space="preserve">男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  <w:proofErr w:type="gramEnd"/>
            <w:r w:rsidRPr="0025284C">
              <w:rPr>
                <w:rFonts w:ascii="標楷體" w:eastAsia="標楷體" w:hAnsi="標楷體"/>
                <w:sz w:val="28"/>
                <w:szCs w:val="28"/>
              </w:rPr>
              <w:t xml:space="preserve"> 女   </w:t>
            </w:r>
          </w:p>
          <w:p w14:paraId="1D0B4109" w14:textId="703401D3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proofErr w:type="spellStart"/>
            <w:r w:rsidRPr="0025284C">
              <w:rPr>
                <w:rFonts w:ascii="標楷體" w:eastAsia="標楷體" w:hAnsi="標楷體"/>
                <w:sz w:val="28"/>
                <w:szCs w:val="28"/>
              </w:rPr>
              <w:t>其他／自填</w:t>
            </w:r>
            <w:proofErr w:type="spellEnd"/>
            <w:r w:rsidRPr="0025284C">
              <w:rPr>
                <w:rFonts w:ascii="標楷體" w:eastAsia="標楷體" w:hAnsi="標楷體"/>
                <w:sz w:val="28"/>
                <w:szCs w:val="28"/>
              </w:rPr>
              <w:t>：________</w:t>
            </w:r>
          </w:p>
        </w:tc>
      </w:tr>
      <w:tr w:rsidR="00DA41A8" w:rsidRPr="0025284C" w14:paraId="067000BC" w14:textId="77777777" w:rsidTr="005217BB">
        <w:trPr>
          <w:cantSplit/>
          <w:jc w:val="center"/>
        </w:trPr>
        <w:tc>
          <w:tcPr>
            <w:tcW w:w="204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73A14C" w14:textId="77777777" w:rsidR="00DA41A8" w:rsidRPr="0025284C" w:rsidRDefault="00000000" w:rsidP="00F876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身分證字號／</w:t>
            </w:r>
            <w:r w:rsidRPr="0025284C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br/>
              <w:t>護照號碼</w:t>
            </w:r>
          </w:p>
        </w:tc>
        <w:tc>
          <w:tcPr>
            <w:tcW w:w="2693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FF9A3A" w14:textId="77777777" w:rsidR="00DA41A8" w:rsidRPr="0025284C" w:rsidRDefault="00DA41A8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1843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CC970F" w14:textId="77777777" w:rsidR="00DA41A8" w:rsidRPr="0025284C" w:rsidRDefault="00000000" w:rsidP="00F8766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出生年月日</w:t>
            </w:r>
            <w:proofErr w:type="spellEnd"/>
          </w:p>
        </w:tc>
        <w:tc>
          <w:tcPr>
            <w:tcW w:w="3819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CBFB2F" w14:textId="7EFA29CE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</w:rPr>
              <w:t>____ 年 ___ 月 ____ 日</w:t>
            </w:r>
          </w:p>
        </w:tc>
      </w:tr>
      <w:tr w:rsidR="00F87667" w:rsidRPr="0025284C" w14:paraId="2E875497" w14:textId="77777777" w:rsidTr="00F87667">
        <w:trPr>
          <w:cantSplit/>
          <w:trHeight w:val="1539"/>
          <w:jc w:val="center"/>
        </w:trPr>
        <w:tc>
          <w:tcPr>
            <w:tcW w:w="2040" w:type="dxa"/>
            <w:vMerge w:val="restart"/>
            <w:tcBorders>
              <w:top w:val="single" w:sz="6" w:space="0" w:color="B8C4CC"/>
              <w:left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D8EACA" w14:textId="77777777" w:rsidR="00F87667" w:rsidRPr="0025284C" w:rsidRDefault="00F87667" w:rsidP="00F87667">
            <w:pPr>
              <w:spacing w:before="120"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大頭照</w:t>
            </w:r>
            <w:proofErr w:type="spellEnd"/>
          </w:p>
        </w:tc>
        <w:tc>
          <w:tcPr>
            <w:tcW w:w="2693" w:type="dxa"/>
            <w:vMerge w:val="restart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B40D97" w14:textId="1014085E" w:rsidR="00F87667" w:rsidRPr="0025284C" w:rsidRDefault="00F87667" w:rsidP="00F87667">
            <w:pPr>
              <w:spacing w:before="120"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>請黏貼或插入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2 吋大頭照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r w:rsidRPr="00F87667">
              <w:rPr>
                <w:rFonts w:ascii="標楷體" w:eastAsia="標楷體" w:hAnsi="標楷體"/>
                <w:sz w:val="24"/>
                <w:szCs w:val="24"/>
                <w:lang w:eastAsia="zh-TW"/>
              </w:rPr>
              <w:t>（約 3.5 × 4.5 cm）</w:t>
            </w:r>
          </w:p>
        </w:tc>
        <w:tc>
          <w:tcPr>
            <w:tcW w:w="1843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7A3B44" w14:textId="77777777" w:rsidR="00F87667" w:rsidRPr="0025284C" w:rsidRDefault="00F87667" w:rsidP="00F87667">
            <w:pPr>
              <w:spacing w:before="120"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志工編號</w:t>
            </w:r>
            <w:proofErr w:type="spellEnd"/>
          </w:p>
        </w:tc>
        <w:tc>
          <w:tcPr>
            <w:tcW w:w="3819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3B405846" w14:textId="77777777" w:rsidR="00F87667" w:rsidRPr="0025284C" w:rsidRDefault="00F87667" w:rsidP="0025284C">
            <w:pPr>
              <w:spacing w:before="120" w:after="12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</w:rPr>
              <w:t>（由承辦單位填寫）</w:t>
            </w:r>
          </w:p>
        </w:tc>
      </w:tr>
      <w:tr w:rsidR="00F87667" w:rsidRPr="0025284C" w14:paraId="49199264" w14:textId="77777777" w:rsidTr="00441F1F">
        <w:trPr>
          <w:cantSplit/>
          <w:jc w:val="center"/>
        </w:trPr>
        <w:tc>
          <w:tcPr>
            <w:tcW w:w="2040" w:type="dxa"/>
            <w:vMerge/>
            <w:tcBorders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C4F28F" w14:textId="5E6A93B3" w:rsidR="00F87667" w:rsidRPr="0025284C" w:rsidRDefault="00F87667" w:rsidP="00F87667">
            <w:pPr>
              <w:spacing w:before="120"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69A1949" w14:textId="77777777" w:rsidR="00F87667" w:rsidRPr="0025284C" w:rsidRDefault="00F87667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C8EE57" w14:textId="4BC0F8F0" w:rsidR="00F87667" w:rsidRPr="0025284C" w:rsidRDefault="00F87667" w:rsidP="00F87667">
            <w:pPr>
              <w:spacing w:before="120"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申請</w:t>
            </w: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日期</w:t>
            </w:r>
            <w:proofErr w:type="spellEnd"/>
          </w:p>
        </w:tc>
        <w:tc>
          <w:tcPr>
            <w:tcW w:w="3819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6C843A" w14:textId="77777777" w:rsidR="00F87667" w:rsidRPr="0025284C" w:rsidRDefault="00F87667" w:rsidP="0025284C">
            <w:pPr>
              <w:spacing w:before="120" w:after="12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</w:rPr>
              <w:t>______ 年 ____ 月 ____ 日</w:t>
            </w:r>
          </w:p>
        </w:tc>
      </w:tr>
      <w:tr w:rsidR="008B0AFE" w:rsidRPr="0025284C" w14:paraId="09A2433C" w14:textId="77777777" w:rsidTr="00441F1F">
        <w:trPr>
          <w:cantSplit/>
          <w:jc w:val="center"/>
        </w:trPr>
        <w:tc>
          <w:tcPr>
            <w:tcW w:w="2040" w:type="dxa"/>
            <w:tcBorders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B35DBF" w14:textId="6577EFB2" w:rsidR="008B0AFE" w:rsidRPr="0025284C" w:rsidRDefault="008B0AFE" w:rsidP="00F87667">
            <w:pPr>
              <w:spacing w:before="120" w:after="12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備註</w:t>
            </w:r>
            <w:proofErr w:type="spellEnd"/>
          </w:p>
        </w:tc>
        <w:tc>
          <w:tcPr>
            <w:tcW w:w="2693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202F32" w14:textId="77777777" w:rsidR="008B0AFE" w:rsidRPr="0025284C" w:rsidRDefault="008B0AFE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BF5D98" w14:textId="2356A031" w:rsidR="008B0AFE" w:rsidRPr="008B0AFE" w:rsidRDefault="008B0AFE" w:rsidP="00F87667">
            <w:pPr>
              <w:spacing w:before="120" w:after="120"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lang w:eastAsia="zh-TW"/>
              </w:rPr>
            </w:pPr>
            <w:proofErr w:type="spellStart"/>
            <w:r w:rsidRPr="008B0AF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膳食</w:t>
            </w:r>
            <w:proofErr w:type="spellEnd"/>
          </w:p>
        </w:tc>
        <w:tc>
          <w:tcPr>
            <w:tcW w:w="3819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764E2F" w14:textId="1E03D421" w:rsidR="008B0AFE" w:rsidRPr="0025284C" w:rsidRDefault="008B0AFE" w:rsidP="0025284C">
            <w:pPr>
              <w:spacing w:before="120" w:after="12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B0AF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spellStart"/>
            <w:r w:rsidRPr="008B0AFE">
              <w:rPr>
                <w:rFonts w:ascii="標楷體" w:eastAsia="標楷體" w:hAnsi="標楷體" w:hint="eastAsia"/>
                <w:sz w:val="28"/>
                <w:szCs w:val="28"/>
              </w:rPr>
              <w:t>不拘</w:t>
            </w:r>
            <w:proofErr w:type="spellEnd"/>
            <w:r w:rsidRPr="008B0AFE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8B0AFE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proofErr w:type="spellStart"/>
            <w:r w:rsidRPr="008B0AFE">
              <w:rPr>
                <w:rFonts w:ascii="標楷體" w:eastAsia="標楷體" w:hAnsi="標楷體" w:hint="eastAsia"/>
                <w:sz w:val="28"/>
                <w:szCs w:val="28"/>
              </w:rPr>
              <w:t>素食</w:t>
            </w:r>
            <w:proofErr w:type="spellEnd"/>
          </w:p>
        </w:tc>
      </w:tr>
    </w:tbl>
    <w:p w14:paraId="7511E0B0" w14:textId="77777777" w:rsidR="00DA41A8" w:rsidRPr="0025284C" w:rsidRDefault="00DA41A8" w:rsidP="0025284C">
      <w:pPr>
        <w:spacing w:after="40" w:line="400" w:lineRule="exact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"/>
        <w:gridCol w:w="662"/>
        <w:gridCol w:w="1118"/>
        <w:gridCol w:w="8596"/>
        <w:gridCol w:w="20"/>
      </w:tblGrid>
      <w:tr w:rsidR="00DA41A8" w:rsidRPr="0025284C" w14:paraId="753245BA" w14:textId="77777777" w:rsidTr="00F42569">
        <w:trPr>
          <w:gridBefore w:val="1"/>
          <w:wBefore w:w="20" w:type="dxa"/>
          <w:jc w:val="center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315B7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9E5C263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  <w:t>2</w:t>
            </w:r>
          </w:p>
        </w:tc>
        <w:tc>
          <w:tcPr>
            <w:tcW w:w="97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AF1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E5F32F3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color w:val="254358"/>
                <w:sz w:val="28"/>
                <w:szCs w:val="28"/>
              </w:rPr>
              <w:t>聯絡與通訊</w:t>
            </w:r>
          </w:p>
        </w:tc>
      </w:tr>
      <w:tr w:rsidR="00DA41A8" w:rsidRPr="0025284C" w14:paraId="352F3D31" w14:textId="77777777" w:rsidTr="00F42569">
        <w:trPr>
          <w:gridAfter w:val="1"/>
          <w:wAfter w:w="20" w:type="dxa"/>
          <w:cantSplit/>
          <w:jc w:val="center"/>
        </w:trPr>
        <w:tc>
          <w:tcPr>
            <w:tcW w:w="1800" w:type="dxa"/>
            <w:gridSpan w:val="3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DA3570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聯絡電話</w:t>
            </w:r>
            <w:proofErr w:type="spellEnd"/>
          </w:p>
        </w:tc>
        <w:tc>
          <w:tcPr>
            <w:tcW w:w="8596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40D4C4" w14:textId="4CB25A01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sz w:val="28"/>
                <w:szCs w:val="28"/>
              </w:rPr>
              <w:t>手機</w:t>
            </w:r>
            <w:proofErr w:type="spellEnd"/>
            <w:r w:rsidRPr="0025284C">
              <w:rPr>
                <w:rFonts w:ascii="標楷體" w:eastAsia="標楷體" w:hAnsi="標楷體"/>
                <w:sz w:val="28"/>
                <w:szCs w:val="28"/>
              </w:rPr>
              <w:t xml:space="preserve">：__________________   </w:t>
            </w:r>
            <w:proofErr w:type="spellStart"/>
            <w:r w:rsidRPr="0025284C">
              <w:rPr>
                <w:rFonts w:ascii="標楷體" w:eastAsia="標楷體" w:hAnsi="標楷體"/>
                <w:sz w:val="28"/>
                <w:szCs w:val="28"/>
              </w:rPr>
              <w:t>其他</w:t>
            </w:r>
            <w:proofErr w:type="spellEnd"/>
            <w:r w:rsidRPr="0025284C">
              <w:rPr>
                <w:rFonts w:ascii="標楷體" w:eastAsia="標楷體" w:hAnsi="標楷體"/>
                <w:sz w:val="28"/>
                <w:szCs w:val="28"/>
              </w:rPr>
              <w:t>：______________________</w:t>
            </w:r>
          </w:p>
        </w:tc>
      </w:tr>
      <w:tr w:rsidR="00DA41A8" w:rsidRPr="0025284C" w14:paraId="2273A54C" w14:textId="77777777" w:rsidTr="00F42569">
        <w:trPr>
          <w:gridAfter w:val="1"/>
          <w:wAfter w:w="20" w:type="dxa"/>
          <w:cantSplit/>
          <w:jc w:val="center"/>
        </w:trPr>
        <w:tc>
          <w:tcPr>
            <w:tcW w:w="1800" w:type="dxa"/>
            <w:gridSpan w:val="3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4B6068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電子郵件</w:t>
            </w:r>
          </w:p>
        </w:tc>
        <w:tc>
          <w:tcPr>
            <w:tcW w:w="8596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BE6D4B" w14:textId="77777777" w:rsidR="00DA41A8" w:rsidRPr="0025284C" w:rsidRDefault="00DA41A8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A41A8" w:rsidRPr="0025284C" w14:paraId="3335BED5" w14:textId="77777777" w:rsidTr="00F42569">
        <w:trPr>
          <w:gridAfter w:val="1"/>
          <w:wAfter w:w="20" w:type="dxa"/>
          <w:cantSplit/>
          <w:jc w:val="center"/>
        </w:trPr>
        <w:tc>
          <w:tcPr>
            <w:tcW w:w="1800" w:type="dxa"/>
            <w:gridSpan w:val="3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992049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通訊地址</w:t>
            </w:r>
          </w:p>
        </w:tc>
        <w:tc>
          <w:tcPr>
            <w:tcW w:w="8596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349588" w14:textId="77777777" w:rsidR="0032057E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□□□□□  郵遞區號    </w:t>
            </w:r>
          </w:p>
          <w:p w14:paraId="12787BE5" w14:textId="635A9C8C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>地址：</w:t>
            </w:r>
          </w:p>
        </w:tc>
      </w:tr>
    </w:tbl>
    <w:p w14:paraId="2FE6C586" w14:textId="77777777" w:rsidR="00DA41A8" w:rsidRPr="0025284C" w:rsidRDefault="00DA41A8" w:rsidP="0025284C">
      <w:pPr>
        <w:spacing w:after="40"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9"/>
        <w:gridCol w:w="902"/>
        <w:gridCol w:w="2880"/>
        <w:gridCol w:w="1728"/>
        <w:gridCol w:w="4204"/>
        <w:gridCol w:w="20"/>
      </w:tblGrid>
      <w:tr w:rsidR="00DA41A8" w:rsidRPr="0025284C" w14:paraId="38F32449" w14:textId="77777777" w:rsidTr="00F42569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315B7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3347ED8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  <w:t>3</w:t>
            </w:r>
          </w:p>
        </w:tc>
        <w:tc>
          <w:tcPr>
            <w:tcW w:w="97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AF1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F30427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color w:val="254358"/>
                <w:sz w:val="28"/>
                <w:szCs w:val="28"/>
              </w:rPr>
              <w:t>緊急聯絡人資料</w:t>
            </w:r>
          </w:p>
        </w:tc>
      </w:tr>
      <w:tr w:rsidR="00DA41A8" w:rsidRPr="0025284C" w14:paraId="12A01AE4" w14:textId="77777777" w:rsidTr="00F42569">
        <w:trPr>
          <w:gridAfter w:val="1"/>
          <w:wAfter w:w="20" w:type="dxa"/>
          <w:cantSplit/>
          <w:jc w:val="center"/>
        </w:trPr>
        <w:tc>
          <w:tcPr>
            <w:tcW w:w="1661" w:type="dxa"/>
            <w:gridSpan w:val="2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F75AF6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288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6954FB" w14:textId="77777777" w:rsidR="00DA41A8" w:rsidRPr="0025284C" w:rsidRDefault="00DA41A8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EDCAD8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與本人關係</w:t>
            </w:r>
          </w:p>
        </w:tc>
        <w:tc>
          <w:tcPr>
            <w:tcW w:w="4204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8B9A01" w14:textId="77777777" w:rsidR="00DA41A8" w:rsidRPr="0025284C" w:rsidRDefault="00DA41A8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A41A8" w:rsidRPr="0025284C" w14:paraId="02CEF816" w14:textId="77777777" w:rsidTr="00F42569">
        <w:trPr>
          <w:gridAfter w:val="1"/>
          <w:wAfter w:w="20" w:type="dxa"/>
          <w:cantSplit/>
          <w:jc w:val="center"/>
        </w:trPr>
        <w:tc>
          <w:tcPr>
            <w:tcW w:w="1661" w:type="dxa"/>
            <w:gridSpan w:val="2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34607E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288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667613" w14:textId="77777777" w:rsidR="00DA41A8" w:rsidRPr="0025284C" w:rsidRDefault="00DA41A8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CC8881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其他電話</w:t>
            </w:r>
          </w:p>
        </w:tc>
        <w:tc>
          <w:tcPr>
            <w:tcW w:w="4204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9D68ED" w14:textId="77777777" w:rsidR="00DA41A8" w:rsidRPr="0025284C" w:rsidRDefault="00DA41A8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9100901" w14:textId="77777777" w:rsidR="00DA41A8" w:rsidRDefault="00000000" w:rsidP="0025284C">
      <w:pPr>
        <w:spacing w:before="40" w:after="100" w:line="400" w:lineRule="exact"/>
        <w:rPr>
          <w:rFonts w:ascii="標楷體" w:eastAsia="標楷體" w:hAnsi="標楷體"/>
          <w:color w:val="5F5F5F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color w:val="5F5F5F"/>
          <w:sz w:val="28"/>
          <w:szCs w:val="28"/>
          <w:lang w:eastAsia="zh-TW"/>
        </w:rPr>
        <w:t>※ 緊急聯絡人資料主要用於志工意外保險投保及緊急狀況聯繫。</w:t>
      </w:r>
    </w:p>
    <w:p w14:paraId="10D703EC" w14:textId="77777777" w:rsidR="005217BB" w:rsidRPr="0025284C" w:rsidRDefault="005217BB" w:rsidP="0025284C">
      <w:pPr>
        <w:spacing w:before="40" w:after="100"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2"/>
        <w:gridCol w:w="9734"/>
      </w:tblGrid>
      <w:tr w:rsidR="00DA41A8" w:rsidRPr="0025284C" w14:paraId="24A5721C" w14:textId="77777777">
        <w:trPr>
          <w:jc w:val="center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315B7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736613A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  <w:lastRenderedPageBreak/>
              <w:t>4</w:t>
            </w:r>
          </w:p>
        </w:tc>
        <w:tc>
          <w:tcPr>
            <w:tcW w:w="9734" w:type="dxa"/>
            <w:tcBorders>
              <w:top w:val="nil"/>
              <w:left w:val="nil"/>
              <w:bottom w:val="nil"/>
              <w:right w:val="nil"/>
            </w:tcBorders>
            <w:shd w:val="clear" w:color="auto" w:fill="EAF1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C3CD432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color w:val="254358"/>
                <w:sz w:val="28"/>
                <w:szCs w:val="28"/>
              </w:rPr>
              <w:t>背景與專長</w:t>
            </w:r>
          </w:p>
        </w:tc>
      </w:tr>
    </w:tbl>
    <w:p w14:paraId="7A175DE1" w14:textId="77777777" w:rsidR="00DA41A8" w:rsidRPr="0025284C" w:rsidRDefault="00DA41A8" w:rsidP="0025284C">
      <w:pPr>
        <w:spacing w:after="20"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W w:w="0" w:type="auto"/>
        <w:tblInd w:w="262" w:type="dxa"/>
        <w:tblLayout w:type="fixed"/>
        <w:tblLook w:val="04A0" w:firstRow="1" w:lastRow="0" w:firstColumn="1" w:lastColumn="0" w:noHBand="0" w:noVBand="1"/>
      </w:tblPr>
      <w:tblGrid>
        <w:gridCol w:w="2410"/>
        <w:gridCol w:w="7878"/>
      </w:tblGrid>
      <w:tr w:rsidR="00DA41A8" w:rsidRPr="0025284C" w14:paraId="4F510071" w14:textId="77777777" w:rsidTr="00F87667">
        <w:trPr>
          <w:cantSplit/>
        </w:trPr>
        <w:tc>
          <w:tcPr>
            <w:tcW w:w="241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798C67" w14:textId="77777777" w:rsidR="00DA41A8" w:rsidRPr="0025284C" w:rsidRDefault="00000000" w:rsidP="0097664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最高學歷</w:t>
            </w:r>
            <w:proofErr w:type="spellEnd"/>
          </w:p>
        </w:tc>
        <w:tc>
          <w:tcPr>
            <w:tcW w:w="787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B0C3B6F" w14:textId="433CFFAB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國中（含）以下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高中職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專科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大學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研究所以上</w:t>
            </w:r>
          </w:p>
        </w:tc>
      </w:tr>
      <w:tr w:rsidR="006064E1" w:rsidRPr="0025284C" w14:paraId="4C413A67" w14:textId="77777777" w:rsidTr="00F87667">
        <w:trPr>
          <w:cantSplit/>
        </w:trPr>
        <w:tc>
          <w:tcPr>
            <w:tcW w:w="241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361D27" w14:textId="554D4B85" w:rsidR="006064E1" w:rsidRPr="0025284C" w:rsidRDefault="006064E1" w:rsidP="0097664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擅長語言</w:t>
            </w:r>
          </w:p>
        </w:tc>
        <w:tc>
          <w:tcPr>
            <w:tcW w:w="787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F0920EE" w14:textId="031F71ED" w:rsidR="006064E1" w:rsidRPr="0025284C" w:rsidRDefault="006064E1" w:rsidP="0025284C">
            <w:pPr>
              <w:spacing w:line="400" w:lineRule="exact"/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</w:pP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□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國語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 xml:space="preserve"> □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台語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 xml:space="preserve"> □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客家話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 xml:space="preserve"> □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原住民話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 xml:space="preserve"> □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英語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 xml:space="preserve"> □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其他：</w:t>
            </w:r>
          </w:p>
        </w:tc>
      </w:tr>
      <w:tr w:rsidR="00DA41A8" w:rsidRPr="0025284C" w14:paraId="7D08070B" w14:textId="77777777" w:rsidTr="00F87667">
        <w:trPr>
          <w:cantSplit/>
        </w:trPr>
        <w:tc>
          <w:tcPr>
            <w:tcW w:w="241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8AD746" w14:textId="77777777" w:rsidR="00DA41A8" w:rsidRPr="0025284C" w:rsidRDefault="00000000" w:rsidP="0097664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職業</w:t>
            </w:r>
            <w:proofErr w:type="spellEnd"/>
          </w:p>
        </w:tc>
        <w:tc>
          <w:tcPr>
            <w:tcW w:w="787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E6D9ED" w14:textId="7BD8202C" w:rsidR="008B0AFE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>現職／職業：____________</w:t>
            </w:r>
            <w:r w:rsidR="008B0AFE" w:rsidRPr="008B0AFE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TW"/>
              </w:rPr>
              <w:t xml:space="preserve">    </w:t>
            </w:r>
          </w:p>
          <w:p w14:paraId="76718BAB" w14:textId="0774EB5B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>服務單位（選填）：______________</w:t>
            </w:r>
          </w:p>
        </w:tc>
      </w:tr>
      <w:tr w:rsidR="00DA41A8" w:rsidRPr="0025284C" w14:paraId="16EB784A" w14:textId="77777777" w:rsidTr="00F87667">
        <w:trPr>
          <w:cantSplit/>
        </w:trPr>
        <w:tc>
          <w:tcPr>
            <w:tcW w:w="241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032ECD" w14:textId="2D8086A0" w:rsidR="00DA41A8" w:rsidRPr="0025284C" w:rsidRDefault="00000000" w:rsidP="0097664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專長</w:t>
            </w:r>
            <w:proofErr w:type="spellEnd"/>
          </w:p>
        </w:tc>
        <w:tc>
          <w:tcPr>
            <w:tcW w:w="787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415FCDC" w14:textId="3758F613" w:rsidR="00F93F87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語言   </w:t>
            </w:r>
            <w:r w:rsidR="00976643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資訊／電腦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美編／設計 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攝影／影音   </w:t>
            </w:r>
          </w:p>
          <w:p w14:paraId="6D274769" w14:textId="0F4DD109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活動帶領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行政文書 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其他：____________</w:t>
            </w:r>
          </w:p>
        </w:tc>
      </w:tr>
      <w:tr w:rsidR="00DA41A8" w:rsidRPr="0025284C" w14:paraId="4A81435D" w14:textId="77777777" w:rsidTr="00F87667">
        <w:trPr>
          <w:cantSplit/>
        </w:trPr>
        <w:tc>
          <w:tcPr>
            <w:tcW w:w="241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726D25" w14:textId="01BC6072" w:rsidR="00DA41A8" w:rsidRPr="0025284C" w:rsidRDefault="00000000" w:rsidP="0097664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專業證照</w:t>
            </w:r>
            <w:proofErr w:type="spellEnd"/>
          </w:p>
        </w:tc>
        <w:tc>
          <w:tcPr>
            <w:tcW w:w="787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D22278" w14:textId="0B5AC26A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>證照名稱：____________________________________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  <w:t>其他說明：____________________________________</w:t>
            </w:r>
          </w:p>
        </w:tc>
      </w:tr>
      <w:tr w:rsidR="0032057E" w:rsidRPr="0025284C" w14:paraId="74190F70" w14:textId="77777777" w:rsidTr="00F87667">
        <w:trPr>
          <w:cantSplit/>
        </w:trPr>
        <w:tc>
          <w:tcPr>
            <w:tcW w:w="241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02A760" w14:textId="77777777" w:rsidR="00F87667" w:rsidRDefault="0032057E" w:rsidP="00F87667">
            <w:pPr>
              <w:spacing w:line="400" w:lineRule="exact"/>
              <w:jc w:val="center"/>
              <w:rPr>
                <w:rFonts w:ascii="標楷體" w:eastAsia="標楷體" w:hAnsi="標楷體" w:cs="Segoe UI Symbol"/>
                <w:b/>
                <w:bCs/>
                <w:sz w:val="28"/>
                <w:szCs w:val="28"/>
                <w:lang w:eastAsia="zh-TW"/>
              </w:rPr>
            </w:pPr>
            <w:r w:rsidRPr="00AE007B">
              <w:rPr>
                <w:rFonts w:ascii="標楷體" w:eastAsia="標楷體" w:hAnsi="標楷體" w:cs="Segoe UI Symbol" w:hint="eastAsia"/>
                <w:b/>
                <w:bCs/>
                <w:sz w:val="28"/>
                <w:szCs w:val="28"/>
                <w:lang w:eastAsia="zh-TW"/>
              </w:rPr>
              <w:t>是否</w:t>
            </w:r>
            <w:r w:rsidRPr="00AE007B">
              <w:rPr>
                <w:rFonts w:ascii="標楷體" w:eastAsia="標楷體" w:hAnsi="標楷體" w:cs="新細明體" w:hint="eastAsia"/>
                <w:b/>
                <w:bCs/>
                <w:sz w:val="28"/>
                <w:szCs w:val="28"/>
                <w:lang w:eastAsia="zh-TW"/>
              </w:rPr>
              <w:t>完成</w:t>
            </w:r>
            <w:r w:rsidRPr="00AE007B">
              <w:rPr>
                <w:rFonts w:ascii="標楷體" w:eastAsia="標楷體" w:hAnsi="標楷體" w:cs="Segoe UI Symbol" w:hint="eastAsia"/>
                <w:b/>
                <w:bCs/>
                <w:sz w:val="28"/>
                <w:szCs w:val="28"/>
                <w:lang w:eastAsia="zh-TW"/>
              </w:rPr>
              <w:t>志願</w:t>
            </w:r>
          </w:p>
          <w:p w14:paraId="7D6C21BA" w14:textId="4A9CEB7B" w:rsidR="0032057E" w:rsidRPr="00F87667" w:rsidRDefault="0032057E" w:rsidP="00F87667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sz w:val="28"/>
                <w:szCs w:val="28"/>
                <w:lang w:eastAsia="zh-TW"/>
              </w:rPr>
            </w:pPr>
            <w:r w:rsidRPr="00AE007B">
              <w:rPr>
                <w:rFonts w:ascii="標楷體" w:eastAsia="標楷體" w:hAnsi="標楷體" w:cs="Segoe UI Symbol" w:hint="eastAsia"/>
                <w:b/>
                <w:bCs/>
                <w:sz w:val="28"/>
                <w:szCs w:val="28"/>
                <w:lang w:eastAsia="zh-TW"/>
              </w:rPr>
              <w:t>服務訓練</w:t>
            </w:r>
          </w:p>
        </w:tc>
        <w:tc>
          <w:tcPr>
            <w:tcW w:w="787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639847" w14:textId="77777777" w:rsidR="00F87667" w:rsidRDefault="0032057E" w:rsidP="0032057E">
            <w:pPr>
              <w:spacing w:line="400" w:lineRule="exact"/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</w:pP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否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 xml:space="preserve"> </w:t>
            </w:r>
          </w:p>
          <w:p w14:paraId="3856C6E5" w14:textId="6B91B1EC" w:rsidR="0032057E" w:rsidRPr="0025284C" w:rsidRDefault="0032057E" w:rsidP="0032057E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是：</w:t>
            </w: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</w:t>
            </w:r>
            <w:r w:rsidRPr="005217BB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志工基礎訓練</w:t>
            </w: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</w:t>
            </w:r>
            <w:r w:rsidRPr="005217BB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志工特殊訓練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-</w:t>
            </w:r>
            <w:r w:rsidRPr="005217BB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社會福利類</w:t>
            </w:r>
          </w:p>
        </w:tc>
      </w:tr>
      <w:tr w:rsidR="005217BB" w:rsidRPr="0025284C" w14:paraId="043A68F8" w14:textId="77777777" w:rsidTr="00F87667">
        <w:trPr>
          <w:cantSplit/>
        </w:trPr>
        <w:tc>
          <w:tcPr>
            <w:tcW w:w="241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39913C" w14:textId="5DDBD19C" w:rsidR="00976643" w:rsidRDefault="005217BB" w:rsidP="00F87667">
            <w:pPr>
              <w:spacing w:line="400" w:lineRule="exact"/>
              <w:jc w:val="center"/>
              <w:rPr>
                <w:rFonts w:ascii="Segoe UI Symbol" w:eastAsia="標楷體" w:hAnsi="Segoe UI Symbol" w:cs="Segoe UI Symbol"/>
                <w:b/>
                <w:bCs/>
                <w:sz w:val="28"/>
                <w:szCs w:val="28"/>
                <w:lang w:eastAsia="zh-TW"/>
              </w:rPr>
            </w:pPr>
            <w:r w:rsidRPr="006064E1">
              <w:rPr>
                <w:rFonts w:ascii="Segoe UI Symbol" w:eastAsia="標楷體" w:hAnsi="Segoe UI Symbol" w:cs="Segoe UI Symbol" w:hint="eastAsia"/>
                <w:b/>
                <w:bCs/>
                <w:sz w:val="28"/>
                <w:szCs w:val="28"/>
                <w:lang w:eastAsia="zh-TW"/>
              </w:rPr>
              <w:t>志工參與動機</w:t>
            </w:r>
          </w:p>
          <w:p w14:paraId="196D5826" w14:textId="6C304E52" w:rsidR="00426AC8" w:rsidRPr="00976643" w:rsidRDefault="00426AC8" w:rsidP="00976643">
            <w:pPr>
              <w:spacing w:line="400" w:lineRule="exact"/>
              <w:jc w:val="center"/>
              <w:rPr>
                <w:rFonts w:ascii="Segoe UI Symbol" w:eastAsia="標楷體" w:hAnsi="Segoe UI Symbol" w:cs="Segoe UI Symbol"/>
                <w:b/>
                <w:bCs/>
                <w:sz w:val="28"/>
                <w:szCs w:val="28"/>
                <w:lang w:eastAsia="zh-TW"/>
              </w:rPr>
            </w:pP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（可複選）</w:t>
            </w:r>
          </w:p>
        </w:tc>
        <w:tc>
          <w:tcPr>
            <w:tcW w:w="787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A7DD0F" w14:textId="7E26D509" w:rsidR="00426AC8" w:rsidRDefault="005217BB" w:rsidP="005217BB">
            <w:pPr>
              <w:spacing w:line="400" w:lineRule="exact"/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</w:pP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□自我成長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 xml:space="preserve"> </w:t>
            </w:r>
            <w:r w:rsidR="00426AC8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 xml:space="preserve"> </w:t>
            </w: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□行善積德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 xml:space="preserve"> </w:t>
            </w: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□充實生活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 xml:space="preserve"> </w:t>
            </w: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□未來工作準備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 xml:space="preserve"> </w:t>
            </w:r>
          </w:p>
          <w:p w14:paraId="12DB5AE3" w14:textId="32C7C75C" w:rsidR="005217BB" w:rsidRPr="00426AC8" w:rsidRDefault="005217BB" w:rsidP="005217BB">
            <w:pPr>
              <w:spacing w:line="400" w:lineRule="exact"/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</w:pP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□幫助他人</w:t>
            </w:r>
            <w:r w:rsidR="00426AC8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 xml:space="preserve">  </w:t>
            </w: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□結交朋友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 xml:space="preserve"> </w:t>
            </w: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□他人影響</w:t>
            </w:r>
            <w:r w:rsidRPr="006064E1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 xml:space="preserve"> </w:t>
            </w:r>
            <w:r w:rsidRPr="006064E1"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□其他：</w:t>
            </w:r>
          </w:p>
        </w:tc>
      </w:tr>
      <w:tr w:rsidR="005217BB" w:rsidRPr="0025284C" w14:paraId="62ED9F0C" w14:textId="77777777" w:rsidTr="00F87667">
        <w:trPr>
          <w:cantSplit/>
          <w:trHeight w:val="926"/>
        </w:trPr>
        <w:tc>
          <w:tcPr>
            <w:tcW w:w="2410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12EE73" w14:textId="77777777" w:rsidR="00976643" w:rsidRDefault="00976643" w:rsidP="00976643">
            <w:pPr>
              <w:spacing w:line="400" w:lineRule="exact"/>
              <w:jc w:val="center"/>
              <w:rPr>
                <w:rFonts w:ascii="標楷體" w:eastAsia="標楷體" w:hAnsi="標楷體" w:cs="Segoe UI Symbol"/>
                <w:b/>
                <w:bCs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Segoe UI Symbol" w:hint="eastAsia"/>
                <w:b/>
                <w:bCs/>
                <w:sz w:val="28"/>
                <w:szCs w:val="28"/>
                <w:lang w:eastAsia="zh-TW"/>
              </w:rPr>
              <w:t>志願服務</w:t>
            </w:r>
          </w:p>
          <w:p w14:paraId="143B9465" w14:textId="595849C5" w:rsidR="005217BB" w:rsidRPr="00AE007B" w:rsidRDefault="00976643" w:rsidP="00976643">
            <w:pPr>
              <w:spacing w:line="400" w:lineRule="exact"/>
              <w:jc w:val="center"/>
              <w:rPr>
                <w:rFonts w:ascii="標楷體" w:eastAsia="標楷體" w:hAnsi="標楷體" w:cs="Segoe UI Symbol"/>
                <w:b/>
                <w:bCs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cs="Segoe UI Symbol" w:hint="eastAsia"/>
                <w:b/>
                <w:bCs/>
                <w:sz w:val="28"/>
                <w:szCs w:val="28"/>
                <w:lang w:eastAsia="zh-TW"/>
              </w:rPr>
              <w:t>經歷</w:t>
            </w:r>
          </w:p>
        </w:tc>
        <w:tc>
          <w:tcPr>
            <w:tcW w:w="787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B8A70E" w14:textId="01D3B5E2" w:rsidR="00976643" w:rsidRPr="00976643" w:rsidRDefault="00976643" w:rsidP="005217B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976643">
              <w:rPr>
                <w:rFonts w:ascii="標楷體" w:eastAsia="標楷體" w:hAnsi="標楷體"/>
                <w:sz w:val="28"/>
                <w:szCs w:val="28"/>
                <w:lang w:eastAsia="zh-TW"/>
              </w:rPr>
              <w:t>參與服務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經歷</w:t>
            </w:r>
            <w:r w:rsidRPr="00976643">
              <w:rPr>
                <w:rFonts w:ascii="標楷體" w:eastAsia="標楷體" w:hAnsi="標楷體"/>
                <w:sz w:val="28"/>
                <w:szCs w:val="28"/>
                <w:lang w:eastAsia="zh-TW"/>
              </w:rPr>
              <w:t>/特殊榮譽：</w:t>
            </w:r>
          </w:p>
        </w:tc>
      </w:tr>
    </w:tbl>
    <w:p w14:paraId="5E617978" w14:textId="77777777" w:rsidR="00DA41A8" w:rsidRDefault="00DA41A8" w:rsidP="0025284C">
      <w:pPr>
        <w:spacing w:after="20"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2"/>
        <w:gridCol w:w="9734"/>
      </w:tblGrid>
      <w:tr w:rsidR="005217BB" w:rsidRPr="005217BB" w14:paraId="62AA3062" w14:textId="77777777" w:rsidTr="00EE4291">
        <w:trPr>
          <w:jc w:val="center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315B7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9F6997B" w14:textId="77777777" w:rsidR="005217BB" w:rsidRPr="005217BB" w:rsidRDefault="005217BB" w:rsidP="00EE4291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  <w:t>5</w:t>
            </w:r>
          </w:p>
        </w:tc>
        <w:tc>
          <w:tcPr>
            <w:tcW w:w="9734" w:type="dxa"/>
            <w:tcBorders>
              <w:top w:val="nil"/>
              <w:left w:val="nil"/>
              <w:bottom w:val="nil"/>
              <w:right w:val="nil"/>
            </w:tcBorders>
            <w:shd w:val="clear" w:color="auto" w:fill="EAF1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6ADCED" w14:textId="77777777" w:rsidR="005217BB" w:rsidRPr="005217BB" w:rsidRDefault="005217BB" w:rsidP="00EE4291">
            <w:pPr>
              <w:spacing w:line="400" w:lineRule="exact"/>
              <w:rPr>
                <w:rFonts w:ascii="標楷體" w:eastAsia="標楷體" w:hAnsi="標楷體"/>
                <w:b/>
                <w:color w:val="254358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color w:val="254358"/>
                <w:sz w:val="28"/>
                <w:szCs w:val="28"/>
              </w:rPr>
              <w:t>服務意願調查</w:t>
            </w:r>
            <w:proofErr w:type="spellEnd"/>
          </w:p>
        </w:tc>
      </w:tr>
    </w:tbl>
    <w:p w14:paraId="13D3D430" w14:textId="77777777" w:rsidR="005217BB" w:rsidRPr="0025284C" w:rsidRDefault="005217BB" w:rsidP="0025284C">
      <w:pPr>
        <w:spacing w:after="20" w:line="400" w:lineRule="exact"/>
        <w:rPr>
          <w:rFonts w:ascii="標楷體" w:eastAsia="標楷體" w:hAnsi="標楷體"/>
          <w:sz w:val="28"/>
          <w:szCs w:val="28"/>
          <w:lang w:eastAsia="zh-TW"/>
        </w:rPr>
      </w:pPr>
    </w:p>
    <w:p w14:paraId="5C7DE7F4" w14:textId="3286A1AB" w:rsidR="00DA41A8" w:rsidRPr="0025284C" w:rsidRDefault="00000000" w:rsidP="0025284C">
      <w:pPr>
        <w:spacing w:after="80"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>A. 可服務時段（</w:t>
      </w:r>
      <w:r w:rsidR="00C93F18"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>請勾選</w:t>
      </w:r>
      <w:r w:rsidRPr="0025284C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>可複選）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5"/>
        <w:gridCol w:w="1252"/>
        <w:gridCol w:w="1252"/>
        <w:gridCol w:w="1252"/>
        <w:gridCol w:w="1252"/>
        <w:gridCol w:w="1252"/>
        <w:gridCol w:w="1252"/>
        <w:gridCol w:w="1252"/>
      </w:tblGrid>
      <w:tr w:rsidR="00DA41A8" w:rsidRPr="0025284C" w14:paraId="750F87ED" w14:textId="77777777">
        <w:trPr>
          <w:cantSplit/>
          <w:jc w:val="center"/>
        </w:trPr>
        <w:tc>
          <w:tcPr>
            <w:tcW w:w="165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EAF1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38630A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時段</w:t>
            </w:r>
            <w:proofErr w:type="spellEnd"/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EAF1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3C69F3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星期一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EAF1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B957A9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星期二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EAF1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64B3B4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星期三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EAF1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4EDAE8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星期四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EAF1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30B9F0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星期五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EAF1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5A2D37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星期六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EAF1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8568BB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星期日</w:t>
            </w:r>
          </w:p>
        </w:tc>
      </w:tr>
      <w:tr w:rsidR="00DA41A8" w:rsidRPr="0025284C" w14:paraId="00A3A742" w14:textId="77777777">
        <w:trPr>
          <w:cantSplit/>
          <w:jc w:val="center"/>
        </w:trPr>
        <w:tc>
          <w:tcPr>
            <w:tcW w:w="165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DE7F90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上午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D0A9E1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11EC3C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A0AF49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71562A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037081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00109C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89DB01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DA41A8" w:rsidRPr="0025284C" w14:paraId="28705722" w14:textId="77777777">
        <w:trPr>
          <w:cantSplit/>
          <w:jc w:val="center"/>
        </w:trPr>
        <w:tc>
          <w:tcPr>
            <w:tcW w:w="165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54460D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下午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10279B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CC4435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616DC9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BD8B45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9481FA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4B183C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ED7A0E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  <w:tr w:rsidR="00DA41A8" w:rsidRPr="0025284C" w14:paraId="0C6ECC14" w14:textId="77777777">
        <w:trPr>
          <w:cantSplit/>
          <w:jc w:val="center"/>
        </w:trPr>
        <w:tc>
          <w:tcPr>
            <w:tcW w:w="165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CB8A57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其他／彈性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872763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FEDD80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845DDA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1152AD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9DB8EC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CC1C28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  <w:tc>
          <w:tcPr>
            <w:tcW w:w="125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613659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</w:p>
        </w:tc>
      </w:tr>
    </w:tbl>
    <w:p w14:paraId="2D50B3B7" w14:textId="77777777" w:rsidR="00976643" w:rsidRDefault="00976643" w:rsidP="0025284C">
      <w:pPr>
        <w:spacing w:before="120" w:after="80" w:line="400" w:lineRule="exact"/>
        <w:rPr>
          <w:rFonts w:ascii="標楷體" w:eastAsia="標楷體" w:hAnsi="標楷體"/>
          <w:b/>
          <w:color w:val="373737"/>
          <w:sz w:val="28"/>
          <w:szCs w:val="28"/>
          <w:lang w:eastAsia="zh-TW"/>
        </w:rPr>
      </w:pPr>
    </w:p>
    <w:p w14:paraId="72EEA9D1" w14:textId="77777777" w:rsidR="00F42569" w:rsidRDefault="00F42569" w:rsidP="0025284C">
      <w:pPr>
        <w:spacing w:before="120" w:after="80" w:line="400" w:lineRule="exact"/>
        <w:rPr>
          <w:rFonts w:ascii="標楷體" w:eastAsia="標楷體" w:hAnsi="標楷體"/>
          <w:b/>
          <w:color w:val="373737"/>
          <w:sz w:val="28"/>
          <w:szCs w:val="28"/>
          <w:lang w:eastAsia="zh-TW"/>
        </w:rPr>
      </w:pPr>
    </w:p>
    <w:p w14:paraId="1197C348" w14:textId="31F55F2B" w:rsidR="00DA41A8" w:rsidRPr="0025284C" w:rsidRDefault="00000000" w:rsidP="0025284C">
      <w:pPr>
        <w:spacing w:before="120" w:after="80"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lastRenderedPageBreak/>
        <w:t>B. 期望服務項目或組別（可複選）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8164"/>
      </w:tblGrid>
      <w:tr w:rsidR="00DA41A8" w:rsidRPr="0025284C" w14:paraId="1DA6C64A" w14:textId="77777777">
        <w:trPr>
          <w:cantSplit/>
          <w:jc w:val="center"/>
        </w:trPr>
        <w:tc>
          <w:tcPr>
            <w:tcW w:w="223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2B547C" w14:textId="73D08E03" w:rsidR="00DA41A8" w:rsidRPr="0025284C" w:rsidRDefault="00F93F87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期望</w:t>
            </w: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服務項目</w:t>
            </w:r>
            <w:proofErr w:type="spellEnd"/>
          </w:p>
        </w:tc>
        <w:tc>
          <w:tcPr>
            <w:tcW w:w="8164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D2260BD" w14:textId="058E7AEF" w:rsidR="00AE007B" w:rsidRDefault="00AE007B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說故事志工  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服務台／諮詢  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行政協助   </w:t>
            </w:r>
          </w:p>
          <w:p w14:paraId="4754DCC8" w14:textId="622629A1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="00AE007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單次性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活動支援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環境整理 </w:t>
            </w:r>
            <w:r w:rsidR="00AE007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  </w:t>
            </w:r>
            <w:r w:rsidR="0025284C"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>其他：____________</w:t>
            </w:r>
          </w:p>
        </w:tc>
      </w:tr>
      <w:tr w:rsidR="00DA41A8" w:rsidRPr="0025284C" w14:paraId="7CEFC12A" w14:textId="77777777">
        <w:trPr>
          <w:cantSplit/>
          <w:jc w:val="center"/>
        </w:trPr>
        <w:tc>
          <w:tcPr>
            <w:tcW w:w="223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11D25C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期望組別</w:t>
            </w:r>
            <w:proofErr w:type="spellEnd"/>
          </w:p>
        </w:tc>
        <w:tc>
          <w:tcPr>
            <w:tcW w:w="8164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5E2BC2" w14:textId="77777777" w:rsid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第一志願：____________________   </w:t>
            </w:r>
          </w:p>
          <w:p w14:paraId="4941942C" w14:textId="77777777" w:rsid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第二志願：____________________   </w:t>
            </w:r>
          </w:p>
          <w:p w14:paraId="20BFE638" w14:textId="70C178BB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>其他：____________________</w:t>
            </w:r>
          </w:p>
        </w:tc>
      </w:tr>
      <w:tr w:rsidR="00DA41A8" w:rsidRPr="0025284C" w14:paraId="384EC295" w14:textId="77777777">
        <w:trPr>
          <w:cantSplit/>
          <w:jc w:val="center"/>
        </w:trPr>
        <w:tc>
          <w:tcPr>
            <w:tcW w:w="2232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D26BC3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其他服務需求</w:t>
            </w:r>
            <w:proofErr w:type="spellEnd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／</w:t>
            </w: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br/>
            </w: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備註</w:t>
            </w:r>
            <w:proofErr w:type="spellEnd"/>
          </w:p>
        </w:tc>
        <w:tc>
          <w:tcPr>
            <w:tcW w:w="8164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7CC2EC" w14:textId="44A09491" w:rsidR="00DA41A8" w:rsidRPr="0025284C" w:rsidRDefault="00DA41A8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BAD30D5" w14:textId="05E3754B" w:rsidR="006064E1" w:rsidRDefault="00000000" w:rsidP="008B0AFE">
      <w:pPr>
        <w:spacing w:before="100" w:after="80" w:line="400" w:lineRule="exact"/>
        <w:rPr>
          <w:rFonts w:ascii="標楷體" w:eastAsia="標楷體" w:hAnsi="標楷體"/>
          <w:b/>
          <w:color w:val="373737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b/>
          <w:color w:val="373737"/>
          <w:sz w:val="28"/>
          <w:szCs w:val="28"/>
        </w:rPr>
        <w:t xml:space="preserve">C. </w:t>
      </w:r>
      <w:proofErr w:type="spellStart"/>
      <w:r w:rsidRPr="0025284C">
        <w:rPr>
          <w:rFonts w:ascii="標楷體" w:eastAsia="標楷體" w:hAnsi="標楷體"/>
          <w:b/>
          <w:color w:val="373737"/>
          <w:sz w:val="28"/>
          <w:szCs w:val="28"/>
        </w:rPr>
        <w:t>服務安排補充</w:t>
      </w:r>
      <w:proofErr w:type="spellEnd"/>
    </w:p>
    <w:tbl>
      <w:tblPr>
        <w:tblpPr w:leftFromText="180" w:rightFromText="180" w:vertAnchor="text" w:horzAnchor="margin" w:tblpX="204" w:tblpY="14"/>
        <w:tblW w:w="0" w:type="auto"/>
        <w:tblLayout w:type="fixed"/>
        <w:tblLook w:val="04A0" w:firstRow="1" w:lastRow="0" w:firstColumn="1" w:lastColumn="0" w:noHBand="0" w:noVBand="1"/>
      </w:tblPr>
      <w:tblGrid>
        <w:gridCol w:w="2247"/>
        <w:gridCol w:w="7945"/>
      </w:tblGrid>
      <w:tr w:rsidR="006064E1" w:rsidRPr="0025284C" w14:paraId="033CCCA4" w14:textId="77777777" w:rsidTr="005217BB">
        <w:trPr>
          <w:cantSplit/>
          <w:trHeight w:val="682"/>
        </w:trPr>
        <w:tc>
          <w:tcPr>
            <w:tcW w:w="2247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B063CC" w14:textId="77777777" w:rsidR="006064E1" w:rsidRPr="0025284C" w:rsidRDefault="006064E1" w:rsidP="005217B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可開始服務日期</w:t>
            </w:r>
            <w:proofErr w:type="spellEnd"/>
          </w:p>
        </w:tc>
        <w:tc>
          <w:tcPr>
            <w:tcW w:w="794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F16857" w14:textId="77777777" w:rsidR="006064E1" w:rsidRPr="0025284C" w:rsidRDefault="006064E1" w:rsidP="005217B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</w:rPr>
              <w:t>______ 年 ____ 月 ____ 日</w:t>
            </w:r>
          </w:p>
        </w:tc>
      </w:tr>
      <w:tr w:rsidR="006064E1" w:rsidRPr="0025284C" w14:paraId="04DF5971" w14:textId="77777777" w:rsidTr="005217BB">
        <w:trPr>
          <w:cantSplit/>
          <w:trHeight w:val="1045"/>
        </w:trPr>
        <w:tc>
          <w:tcPr>
            <w:tcW w:w="2247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836CF2" w14:textId="77777777" w:rsidR="006064E1" w:rsidRPr="0025284C" w:rsidRDefault="006064E1" w:rsidP="005217B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預計服務頻率</w:t>
            </w:r>
            <w:proofErr w:type="spellEnd"/>
          </w:p>
        </w:tc>
        <w:tc>
          <w:tcPr>
            <w:tcW w:w="794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2F750B1" w14:textId="77777777" w:rsidR="006064E1" w:rsidRPr="0025284C" w:rsidRDefault="006064E1" w:rsidP="005217BB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每週 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每兩週 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每月 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不定期／依活動需求 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其他：____________</w:t>
            </w:r>
          </w:p>
        </w:tc>
      </w:tr>
    </w:tbl>
    <w:p w14:paraId="4947CFC6" w14:textId="3443C9E2" w:rsidR="006064E1" w:rsidRPr="00F87667" w:rsidRDefault="00F87667" w:rsidP="0025284C">
      <w:pPr>
        <w:spacing w:before="100" w:after="80" w:line="400" w:lineRule="exact"/>
        <w:rPr>
          <w:rFonts w:ascii="標楷體" w:eastAsia="標楷體" w:hAnsi="標楷體" w:cs="新細明體"/>
          <w:b/>
          <w:color w:val="373737"/>
          <w:sz w:val="28"/>
          <w:szCs w:val="28"/>
          <w:lang w:eastAsia="zh-TW"/>
        </w:rPr>
      </w:pPr>
      <w:r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>D.</w:t>
      </w:r>
      <w:r w:rsidRPr="00F87667"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>方便</w:t>
      </w:r>
      <w:r w:rsidRPr="00F87667">
        <w:rPr>
          <w:rFonts w:ascii="標楷體" w:eastAsia="標楷體" w:hAnsi="標楷體" w:cs="新細明體" w:hint="eastAsia"/>
          <w:b/>
          <w:color w:val="373737"/>
          <w:sz w:val="28"/>
          <w:szCs w:val="28"/>
          <w:lang w:eastAsia="zh-TW"/>
        </w:rPr>
        <w:t>連絡時間</w:t>
      </w:r>
    </w:p>
    <w:tbl>
      <w:tblPr>
        <w:tblpPr w:leftFromText="180" w:rightFromText="180" w:vertAnchor="text" w:horzAnchor="margin" w:tblpX="204" w:tblpY="14"/>
        <w:tblW w:w="0" w:type="auto"/>
        <w:tblLayout w:type="fixed"/>
        <w:tblLook w:val="04A0" w:firstRow="1" w:lastRow="0" w:firstColumn="1" w:lastColumn="0" w:noHBand="0" w:noVBand="1"/>
      </w:tblPr>
      <w:tblGrid>
        <w:gridCol w:w="2247"/>
        <w:gridCol w:w="7945"/>
      </w:tblGrid>
      <w:tr w:rsidR="00F87667" w:rsidRPr="0025284C" w14:paraId="3BB56FF8" w14:textId="77777777" w:rsidTr="00490A35">
        <w:trPr>
          <w:cantSplit/>
          <w:trHeight w:val="682"/>
        </w:trPr>
        <w:tc>
          <w:tcPr>
            <w:tcW w:w="2247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EAC046" w14:textId="521FE718" w:rsidR="00F87667" w:rsidRPr="0025284C" w:rsidRDefault="00F87667" w:rsidP="00490A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時間</w:t>
            </w:r>
          </w:p>
        </w:tc>
        <w:tc>
          <w:tcPr>
            <w:tcW w:w="794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7B60FB" w14:textId="77777777" w:rsidR="00F87667" w:rsidRDefault="00F87667" w:rsidP="00490A35">
            <w:pPr>
              <w:spacing w:line="400" w:lineRule="exact"/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上午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9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：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00-12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：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 xml:space="preserve">00        </w:t>
            </w:r>
          </w:p>
          <w:p w14:paraId="2EDEFDA5" w14:textId="3F5EA8B8" w:rsidR="00F87667" w:rsidRPr="0025284C" w:rsidRDefault="00F87667" w:rsidP="00490A3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下午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13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：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00-17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：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00</w:t>
            </w:r>
            <w:r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br/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週未皆可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 xml:space="preserve">    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  <w:lang w:eastAsia="zh-TW"/>
              </w:rPr>
              <w:t>☐</w:t>
            </w:r>
            <w:r>
              <w:rPr>
                <w:rFonts w:ascii="Segoe UI Symbol" w:eastAsia="標楷體" w:hAnsi="Segoe UI Symbol" w:cs="Segoe UI Symbol" w:hint="eastAsia"/>
                <w:sz w:val="28"/>
                <w:szCs w:val="28"/>
                <w:lang w:eastAsia="zh-TW"/>
              </w:rPr>
              <w:t>其他時段：</w:t>
            </w:r>
          </w:p>
        </w:tc>
      </w:tr>
    </w:tbl>
    <w:p w14:paraId="45AC44F7" w14:textId="05F71F23" w:rsidR="006064E1" w:rsidRDefault="00F87667" w:rsidP="0025284C">
      <w:pPr>
        <w:spacing w:before="100" w:after="80" w:line="400" w:lineRule="exact"/>
        <w:rPr>
          <w:rFonts w:ascii="標楷體" w:eastAsia="標楷體" w:hAnsi="標楷體"/>
          <w:b/>
          <w:color w:val="373737"/>
          <w:sz w:val="28"/>
          <w:szCs w:val="28"/>
          <w:lang w:eastAsia="zh-TW"/>
        </w:rPr>
      </w:pPr>
      <w:r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>E.</w:t>
      </w:r>
      <w:r w:rsidR="006064E1"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>審核結果</w:t>
      </w:r>
      <w:r w:rsidR="00426AC8" w:rsidRPr="00426AC8"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>（本欄由運用單位填寫）</w:t>
      </w:r>
    </w:p>
    <w:tbl>
      <w:tblPr>
        <w:tblpPr w:leftFromText="180" w:rightFromText="180" w:vertAnchor="text" w:horzAnchor="margin" w:tblpX="190" w:tblpY="14"/>
        <w:tblW w:w="0" w:type="auto"/>
        <w:tblLayout w:type="fixed"/>
        <w:tblLook w:val="04A0" w:firstRow="1" w:lastRow="0" w:firstColumn="1" w:lastColumn="0" w:noHBand="0" w:noVBand="1"/>
      </w:tblPr>
      <w:tblGrid>
        <w:gridCol w:w="2955"/>
        <w:gridCol w:w="7251"/>
      </w:tblGrid>
      <w:tr w:rsidR="006064E1" w:rsidRPr="0025284C" w14:paraId="698786A5" w14:textId="77777777" w:rsidTr="00AE007B">
        <w:trPr>
          <w:cantSplit/>
          <w:trHeight w:val="682"/>
        </w:trPr>
        <w:tc>
          <w:tcPr>
            <w:tcW w:w="295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057785" w14:textId="0CEF3A52" w:rsidR="00AE007B" w:rsidRPr="00426AC8" w:rsidRDefault="006064E1" w:rsidP="00426AC8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審核結果</w:t>
            </w:r>
          </w:p>
        </w:tc>
        <w:tc>
          <w:tcPr>
            <w:tcW w:w="7251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A2C94E" w14:textId="77777777" w:rsidR="006064E1" w:rsidRDefault="006064E1" w:rsidP="005217BB">
            <w:pPr>
              <w:spacing w:before="100" w:after="80"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6064E1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□不通過 □通過 </w:t>
            </w:r>
          </w:p>
          <w:p w14:paraId="54C6CBDB" w14:textId="044FA109" w:rsidR="006064E1" w:rsidRPr="006064E1" w:rsidRDefault="006064E1" w:rsidP="005217BB">
            <w:pPr>
              <w:spacing w:before="100" w:after="80" w:line="400" w:lineRule="exact"/>
              <w:rPr>
                <w:rFonts w:ascii="標楷體" w:eastAsia="標楷體" w:hAnsi="標楷體"/>
                <w:b/>
                <w:color w:val="373737"/>
                <w:sz w:val="28"/>
                <w:szCs w:val="28"/>
                <w:lang w:eastAsia="zh-TW"/>
              </w:rPr>
            </w:pPr>
            <w:r w:rsidRPr="006064E1">
              <w:rPr>
                <w:rFonts w:ascii="標楷體" w:eastAsia="標楷體" w:hAnsi="標楷體"/>
                <w:sz w:val="28"/>
                <w:szCs w:val="28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說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故事類</w:t>
            </w:r>
            <w:r w:rsidRPr="006064E1">
              <w:rPr>
                <w:rFonts w:ascii="標楷體" w:eastAsia="標楷體" w:hAnsi="標楷體"/>
                <w:sz w:val="28"/>
                <w:szCs w:val="28"/>
                <w:lang w:eastAsia="zh-TW"/>
              </w:rPr>
              <w:t>志工</w:t>
            </w:r>
            <w:proofErr w:type="gramEnd"/>
            <w:r w:rsidRPr="006064E1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□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行政類</w:t>
            </w:r>
            <w:r w:rsidR="0032057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及</w:t>
            </w:r>
            <w:proofErr w:type="gramStart"/>
            <w:r w:rsidR="0032057E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其他類</w:t>
            </w:r>
            <w:r w:rsidRPr="006064E1">
              <w:rPr>
                <w:rFonts w:ascii="標楷體" w:eastAsia="標楷體" w:hAnsi="標楷體"/>
                <w:sz w:val="28"/>
                <w:szCs w:val="28"/>
                <w:lang w:eastAsia="zh-TW"/>
              </w:rPr>
              <w:t>志工</w:t>
            </w:r>
            <w:proofErr w:type="gramEnd"/>
            <w:r w:rsidRPr="006064E1">
              <w:rPr>
                <w:rFonts w:ascii="標楷體" w:eastAsia="標楷體" w:hAnsi="標楷體"/>
                <w:sz w:val="28"/>
                <w:szCs w:val="28"/>
                <w:lang w:eastAsia="zh-TW"/>
              </w:rPr>
              <w:t xml:space="preserve"> </w:t>
            </w:r>
          </w:p>
        </w:tc>
      </w:tr>
    </w:tbl>
    <w:p w14:paraId="01B71D63" w14:textId="3B445E77" w:rsidR="006064E1" w:rsidRPr="006064E1" w:rsidRDefault="008B0AFE" w:rsidP="008B0AFE">
      <w:pPr>
        <w:spacing w:before="100" w:after="80" w:line="400" w:lineRule="exact"/>
        <w:rPr>
          <w:rFonts w:ascii="標楷體" w:eastAsia="標楷體" w:hAnsi="標楷體"/>
          <w:b/>
          <w:color w:val="373737"/>
          <w:sz w:val="28"/>
          <w:szCs w:val="28"/>
          <w:lang w:eastAsia="zh-TW"/>
        </w:rPr>
      </w:pPr>
      <w:r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>承辦人員</w:t>
      </w:r>
      <w:r w:rsidR="00976643" w:rsidRPr="00976643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>：______________</w:t>
      </w:r>
      <w:r w:rsidR="00F42569"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 xml:space="preserve">    </w:t>
      </w:r>
      <w:r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 xml:space="preserve">  </w:t>
      </w:r>
      <w:r w:rsidR="00976643" w:rsidRPr="00976643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 xml:space="preserve">申請日期： </w:t>
      </w:r>
      <w:r w:rsidR="00976643"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 xml:space="preserve">    </w:t>
      </w:r>
      <w:r w:rsidR="00976643" w:rsidRPr="00976643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>年</w:t>
      </w:r>
      <w:r w:rsidR="00976643"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 xml:space="preserve">      </w:t>
      </w:r>
      <w:r w:rsidR="00976643" w:rsidRPr="00976643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 xml:space="preserve"> 月</w:t>
      </w:r>
      <w:r w:rsidR="00976643">
        <w:rPr>
          <w:rFonts w:ascii="標楷體" w:eastAsia="標楷體" w:hAnsi="標楷體" w:hint="eastAsia"/>
          <w:b/>
          <w:color w:val="373737"/>
          <w:sz w:val="28"/>
          <w:szCs w:val="28"/>
          <w:lang w:eastAsia="zh-TW"/>
        </w:rPr>
        <w:t xml:space="preserve">     </w:t>
      </w:r>
      <w:r w:rsidR="00976643" w:rsidRPr="00976643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 xml:space="preserve"> 日</w:t>
      </w:r>
    </w:p>
    <w:p w14:paraId="60D74C5D" w14:textId="347F9EDE" w:rsidR="00DA41A8" w:rsidRPr="0025284C" w:rsidRDefault="00000000" w:rsidP="0025284C">
      <w:pPr>
        <w:spacing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sz w:val="28"/>
          <w:szCs w:val="28"/>
          <w:lang w:eastAsia="zh-TW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2"/>
        <w:gridCol w:w="9457"/>
      </w:tblGrid>
      <w:tr w:rsidR="00DA41A8" w:rsidRPr="0025284C" w14:paraId="6AD9388C" w14:textId="77777777" w:rsidTr="009A3B18">
        <w:trPr>
          <w:jc w:val="center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315B7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E99888B" w14:textId="77777777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color w:val="FFFFFF"/>
                <w:sz w:val="28"/>
                <w:szCs w:val="28"/>
              </w:rPr>
              <w:lastRenderedPageBreak/>
              <w:t>6</w:t>
            </w:r>
          </w:p>
        </w:tc>
        <w:tc>
          <w:tcPr>
            <w:tcW w:w="9457" w:type="dxa"/>
            <w:tcBorders>
              <w:top w:val="nil"/>
              <w:left w:val="nil"/>
              <w:bottom w:val="nil"/>
              <w:right w:val="nil"/>
            </w:tcBorders>
            <w:shd w:val="clear" w:color="auto" w:fill="EAF1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3180088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b/>
                <w:color w:val="254358"/>
                <w:sz w:val="28"/>
                <w:szCs w:val="28"/>
                <w:lang w:eastAsia="zh-TW"/>
              </w:rPr>
              <w:t>個人資料使用授權同意書</w:t>
            </w:r>
          </w:p>
        </w:tc>
      </w:tr>
    </w:tbl>
    <w:p w14:paraId="083BB06E" w14:textId="4BFDD17E" w:rsidR="00DA41A8" w:rsidRPr="0025284C" w:rsidRDefault="00000000" w:rsidP="0025284C">
      <w:pPr>
        <w:spacing w:after="100"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sz w:val="28"/>
          <w:szCs w:val="28"/>
          <w:lang w:eastAsia="zh-TW"/>
        </w:rPr>
        <w:t>為辦理志工招募、管理、教育訓練、排班聯繫、服務紀錄、志工意外保險投保及其他與志願服務相關之行政作業，</w:t>
      </w:r>
      <w:proofErr w:type="gramStart"/>
      <w:r w:rsidRPr="0025284C">
        <w:rPr>
          <w:rFonts w:ascii="標楷體" w:eastAsia="標楷體" w:hAnsi="標楷體"/>
          <w:b/>
          <w:sz w:val="28"/>
          <w:szCs w:val="28"/>
          <w:lang w:eastAsia="zh-TW"/>
        </w:rPr>
        <w:t>【</w:t>
      </w:r>
      <w:proofErr w:type="gramEnd"/>
      <w:r w:rsidRPr="0025284C">
        <w:rPr>
          <w:rFonts w:ascii="標楷體" w:eastAsia="標楷體" w:hAnsi="標楷體"/>
          <w:b/>
          <w:sz w:val="28"/>
          <w:szCs w:val="28"/>
          <w:lang w:eastAsia="zh-TW"/>
        </w:rPr>
        <w:t>蒐集單位名稱：</w:t>
      </w:r>
      <w:proofErr w:type="gramStart"/>
      <w:r w:rsidR="00AE007B">
        <w:rPr>
          <w:rFonts w:ascii="標楷體" w:eastAsia="標楷體" w:hAnsi="標楷體" w:hint="eastAsia"/>
          <w:b/>
          <w:sz w:val="28"/>
          <w:szCs w:val="28"/>
          <w:lang w:eastAsia="zh-TW"/>
        </w:rPr>
        <w:t>臺</w:t>
      </w:r>
      <w:proofErr w:type="gramEnd"/>
      <w:r w:rsidR="00AE007B">
        <w:rPr>
          <w:rFonts w:ascii="標楷體" w:eastAsia="標楷體" w:hAnsi="標楷體" w:hint="eastAsia"/>
          <w:b/>
          <w:sz w:val="28"/>
          <w:szCs w:val="28"/>
          <w:lang w:eastAsia="zh-TW"/>
        </w:rPr>
        <w:t>中市兒童福利服務中心</w:t>
      </w:r>
      <w:proofErr w:type="gramStart"/>
      <w:r w:rsidRPr="0025284C">
        <w:rPr>
          <w:rFonts w:ascii="標楷體" w:eastAsia="標楷體" w:hAnsi="標楷體"/>
          <w:b/>
          <w:sz w:val="28"/>
          <w:szCs w:val="28"/>
          <w:lang w:eastAsia="zh-TW"/>
        </w:rPr>
        <w:t>】</w:t>
      </w:r>
      <w:proofErr w:type="gramEnd"/>
      <w:r w:rsidRPr="0025284C">
        <w:rPr>
          <w:rFonts w:ascii="標楷體" w:eastAsia="標楷體" w:hAnsi="標楷體"/>
          <w:sz w:val="28"/>
          <w:szCs w:val="28"/>
          <w:lang w:eastAsia="zh-TW"/>
        </w:rPr>
        <w:t>（以下簡稱「本</w:t>
      </w:r>
      <w:r w:rsidR="0032057E">
        <w:rPr>
          <w:rFonts w:ascii="標楷體" w:eastAsia="標楷體" w:hAnsi="標楷體" w:hint="eastAsia"/>
          <w:sz w:val="28"/>
          <w:szCs w:val="28"/>
          <w:lang w:eastAsia="zh-TW"/>
        </w:rPr>
        <w:t>單位</w:t>
      </w:r>
      <w:r w:rsidRPr="0025284C">
        <w:rPr>
          <w:rFonts w:ascii="標楷體" w:eastAsia="標楷體" w:hAnsi="標楷體"/>
          <w:sz w:val="28"/>
          <w:szCs w:val="28"/>
          <w:lang w:eastAsia="zh-TW"/>
        </w:rPr>
        <w:t>」）依個人資料保護法及相關規定，向您告知下列事項：</w:t>
      </w:r>
    </w:p>
    <w:p w14:paraId="74EC1445" w14:textId="77777777" w:rsidR="00DA41A8" w:rsidRPr="0025284C" w:rsidRDefault="00000000" w:rsidP="0025284C">
      <w:pPr>
        <w:spacing w:line="400" w:lineRule="exact"/>
        <w:ind w:left="561" w:hangingChars="200" w:hanging="561"/>
        <w:rPr>
          <w:rFonts w:ascii="標楷體" w:eastAsia="標楷體" w:hAnsi="標楷體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>一、蒐集目的：</w:t>
      </w:r>
      <w:r w:rsidRPr="0025284C">
        <w:rPr>
          <w:rFonts w:ascii="標楷體" w:eastAsia="標楷體" w:hAnsi="標楷體"/>
          <w:sz w:val="28"/>
          <w:szCs w:val="28"/>
          <w:lang w:eastAsia="zh-TW"/>
        </w:rPr>
        <w:t>志工人力管理、教育訓練、服務安排與聯繫、服務紀錄管理、保險投保、緊急事件處理，以及依法或業務需要辦理之相關事項。</w:t>
      </w:r>
    </w:p>
    <w:p w14:paraId="1FD290A2" w14:textId="77777777" w:rsidR="00DA41A8" w:rsidRPr="0025284C" w:rsidRDefault="00000000" w:rsidP="0025284C">
      <w:pPr>
        <w:spacing w:line="400" w:lineRule="exact"/>
        <w:ind w:left="561" w:hangingChars="200" w:hanging="561"/>
        <w:rPr>
          <w:rFonts w:ascii="標楷體" w:eastAsia="標楷體" w:hAnsi="標楷體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>二、蒐集之個人資料類別：</w:t>
      </w:r>
      <w:r w:rsidRPr="0025284C">
        <w:rPr>
          <w:rFonts w:ascii="標楷體" w:eastAsia="標楷體" w:hAnsi="標楷體"/>
          <w:sz w:val="28"/>
          <w:szCs w:val="28"/>
          <w:lang w:eastAsia="zh-TW"/>
        </w:rPr>
        <w:t>姓名、身分證字號或護照號碼、性別、出生年月日、照片、聯絡方式、地址、緊急聯絡人、學經歷、職業、專長、證照、服務意願與服務紀錄等本表所載資料。</w:t>
      </w:r>
    </w:p>
    <w:p w14:paraId="6C034A2D" w14:textId="77777777" w:rsidR="00DA41A8" w:rsidRPr="0025284C" w:rsidRDefault="00000000" w:rsidP="0025284C">
      <w:pPr>
        <w:spacing w:line="400" w:lineRule="exact"/>
        <w:ind w:left="561" w:hangingChars="200" w:hanging="561"/>
        <w:rPr>
          <w:rFonts w:ascii="標楷體" w:eastAsia="標楷體" w:hAnsi="標楷體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>三、個人資料利用</w:t>
      </w:r>
      <w:proofErr w:type="gramStart"/>
      <w:r w:rsidRPr="0025284C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>期間、</w:t>
      </w:r>
      <w:proofErr w:type="gramEnd"/>
      <w:r w:rsidRPr="0025284C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>地區、對象及方式：</w:t>
      </w:r>
      <w:r w:rsidRPr="0025284C">
        <w:rPr>
          <w:rFonts w:ascii="標楷體" w:eastAsia="標楷體" w:hAnsi="標楷體"/>
          <w:sz w:val="28"/>
          <w:szCs w:val="28"/>
          <w:lang w:eastAsia="zh-TW"/>
        </w:rPr>
        <w:t>於前述蒐集目的存續</w:t>
      </w:r>
      <w:proofErr w:type="gramStart"/>
      <w:r w:rsidRPr="0025284C">
        <w:rPr>
          <w:rFonts w:ascii="標楷體" w:eastAsia="標楷體" w:hAnsi="標楷體"/>
          <w:sz w:val="28"/>
          <w:szCs w:val="28"/>
          <w:lang w:eastAsia="zh-TW"/>
        </w:rPr>
        <w:t>期間、</w:t>
      </w:r>
      <w:proofErr w:type="gramEnd"/>
      <w:r w:rsidRPr="0025284C">
        <w:rPr>
          <w:rFonts w:ascii="標楷體" w:eastAsia="標楷體" w:hAnsi="標楷體"/>
          <w:sz w:val="28"/>
          <w:szCs w:val="28"/>
          <w:lang w:eastAsia="zh-TW"/>
        </w:rPr>
        <w:t>法令或業務保存所需期間內，由本單位及依法或契約有必要接觸資料之合作／受託單位，在相關業務地區，以紙本、電子檔案、資訊系統、電話、電子郵件或其他合法且合理之方式利用。</w:t>
      </w:r>
    </w:p>
    <w:p w14:paraId="55418A72" w14:textId="77777777" w:rsidR="00DA41A8" w:rsidRPr="0025284C" w:rsidRDefault="00000000" w:rsidP="0025284C">
      <w:pPr>
        <w:spacing w:line="400" w:lineRule="exact"/>
        <w:ind w:left="561" w:hangingChars="200" w:hanging="561"/>
        <w:rPr>
          <w:rFonts w:ascii="標楷體" w:eastAsia="標楷體" w:hAnsi="標楷體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>四、當事人權利：</w:t>
      </w:r>
      <w:r w:rsidRPr="0025284C">
        <w:rPr>
          <w:rFonts w:ascii="標楷體" w:eastAsia="標楷體" w:hAnsi="標楷體"/>
          <w:sz w:val="28"/>
          <w:szCs w:val="28"/>
          <w:lang w:eastAsia="zh-TW"/>
        </w:rPr>
        <w:t>您得依法就本單位保有之個人資料行使查詢或請求閱覽、請求製給複製本、請求補充或更正、請求停止蒐集／處理／利用，以及請求刪除等權利；</w:t>
      </w:r>
      <w:proofErr w:type="gramStart"/>
      <w:r w:rsidRPr="0025284C">
        <w:rPr>
          <w:rFonts w:ascii="標楷體" w:eastAsia="標楷體" w:hAnsi="標楷體"/>
          <w:sz w:val="28"/>
          <w:szCs w:val="28"/>
          <w:lang w:eastAsia="zh-TW"/>
        </w:rPr>
        <w:t>惟</w:t>
      </w:r>
      <w:proofErr w:type="gramEnd"/>
      <w:r w:rsidRPr="0025284C">
        <w:rPr>
          <w:rFonts w:ascii="標楷體" w:eastAsia="標楷體" w:hAnsi="標楷體"/>
          <w:sz w:val="28"/>
          <w:szCs w:val="28"/>
          <w:lang w:eastAsia="zh-TW"/>
        </w:rPr>
        <w:t>依法或因執行業務所必須者，不在此限。</w:t>
      </w:r>
    </w:p>
    <w:p w14:paraId="4E69190C" w14:textId="77777777" w:rsidR="00DA41A8" w:rsidRPr="0025284C" w:rsidRDefault="00000000" w:rsidP="0025284C">
      <w:pPr>
        <w:spacing w:line="400" w:lineRule="exact"/>
        <w:ind w:left="561" w:hangingChars="200" w:hanging="561"/>
        <w:rPr>
          <w:rFonts w:ascii="標楷體" w:eastAsia="標楷體" w:hAnsi="標楷體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b/>
          <w:color w:val="373737"/>
          <w:sz w:val="28"/>
          <w:szCs w:val="28"/>
          <w:lang w:eastAsia="zh-TW"/>
        </w:rPr>
        <w:t>五、提供資料之自由及影響：</w:t>
      </w:r>
      <w:r w:rsidRPr="0025284C">
        <w:rPr>
          <w:rFonts w:ascii="標楷體" w:eastAsia="標楷體" w:hAnsi="標楷體"/>
          <w:sz w:val="28"/>
          <w:szCs w:val="28"/>
          <w:lang w:eastAsia="zh-TW"/>
        </w:rPr>
        <w:t>除法令另有規定外，您得自由選擇是否提供個人資料；惟如未提供辦理志工服務、保險或緊急聯繫所必要之資料，本單位可能無法完成志工登錄、投保、排班或相關服務安排。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96"/>
      </w:tblGrid>
      <w:tr w:rsidR="00DA41A8" w:rsidRPr="0025284C" w14:paraId="692A1A89" w14:textId="77777777">
        <w:trPr>
          <w:cantSplit/>
          <w:jc w:val="center"/>
        </w:trPr>
        <w:tc>
          <w:tcPr>
            <w:tcW w:w="10396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8FAF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F2AED6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本人已詳閱並了解上述告知事項，並同意本單位於上述目的及範圍內蒐集、處理及利用本人之個人資料。</w:t>
            </w:r>
          </w:p>
        </w:tc>
      </w:tr>
      <w:tr w:rsidR="00DA41A8" w:rsidRPr="0025284C" w14:paraId="7C040A23" w14:textId="77777777">
        <w:trPr>
          <w:cantSplit/>
          <w:jc w:val="center"/>
        </w:trPr>
        <w:tc>
          <w:tcPr>
            <w:tcW w:w="10396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F48EEF6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proofErr w:type="spellStart"/>
            <w:r w:rsidRPr="0025284C">
              <w:rPr>
                <w:rFonts w:ascii="標楷體" w:eastAsia="標楷體" w:hAnsi="標楷體"/>
                <w:sz w:val="28"/>
                <w:szCs w:val="28"/>
              </w:rPr>
              <w:t>同意</w:t>
            </w:r>
            <w:proofErr w:type="spellEnd"/>
            <w:r w:rsidRPr="0025284C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25284C">
              <w:rPr>
                <w:rFonts w:ascii="Segoe UI Symbol" w:eastAsia="標楷體" w:hAnsi="Segoe UI Symbol" w:cs="Segoe UI Symbol"/>
                <w:sz w:val="28"/>
                <w:szCs w:val="28"/>
              </w:rPr>
              <w:t>☐</w:t>
            </w:r>
            <w:r w:rsidRPr="0025284C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proofErr w:type="spellStart"/>
            <w:r w:rsidRPr="0025284C">
              <w:rPr>
                <w:rFonts w:ascii="標楷體" w:eastAsia="標楷體" w:hAnsi="標楷體"/>
                <w:sz w:val="28"/>
                <w:szCs w:val="28"/>
              </w:rPr>
              <w:t>不同意</w:t>
            </w:r>
            <w:proofErr w:type="spellEnd"/>
          </w:p>
        </w:tc>
      </w:tr>
    </w:tbl>
    <w:p w14:paraId="4205D873" w14:textId="77777777" w:rsidR="00DA41A8" w:rsidRPr="0025284C" w:rsidRDefault="00000000" w:rsidP="0025284C">
      <w:pPr>
        <w:spacing w:before="120" w:after="60"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sz w:val="28"/>
          <w:szCs w:val="28"/>
          <w:lang w:eastAsia="zh-TW"/>
        </w:rPr>
        <w:t>本人確認所填資料均屬實，並願配合本單位志工管理及服務相關規範。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5"/>
        <w:gridCol w:w="3456"/>
        <w:gridCol w:w="1655"/>
        <w:gridCol w:w="3628"/>
      </w:tblGrid>
      <w:tr w:rsidR="00DA41A8" w:rsidRPr="0025284C" w14:paraId="4D5EBCA7" w14:textId="77777777" w:rsidTr="0032057E">
        <w:trPr>
          <w:cantSplit/>
          <w:jc w:val="center"/>
        </w:trPr>
        <w:tc>
          <w:tcPr>
            <w:tcW w:w="165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F90AFC" w14:textId="77777777" w:rsid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志工</w:t>
            </w:r>
            <w:proofErr w:type="spellEnd"/>
          </w:p>
          <w:p w14:paraId="754D97CE" w14:textId="3EA84202" w:rsidR="00DA41A8" w:rsidRPr="0025284C" w:rsidRDefault="00000000" w:rsidP="0025284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本人簽名</w:t>
            </w:r>
            <w:proofErr w:type="spellEnd"/>
          </w:p>
        </w:tc>
        <w:tc>
          <w:tcPr>
            <w:tcW w:w="3456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C5A67C" w14:textId="77777777" w:rsidR="00DA41A8" w:rsidRPr="0025284C" w:rsidRDefault="00DA41A8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7A471F" w14:textId="77777777" w:rsidR="0032057E" w:rsidRDefault="00000000" w:rsidP="0025284C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法定代理人／</w:t>
            </w:r>
          </w:p>
          <w:p w14:paraId="0590A536" w14:textId="7245A93C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  <w:lang w:eastAsia="zh-TW"/>
              </w:rPr>
              <w:t>監護人簽名</w:t>
            </w:r>
          </w:p>
        </w:tc>
        <w:tc>
          <w:tcPr>
            <w:tcW w:w="362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191ECB02" w14:textId="77777777" w:rsidR="00DA41A8" w:rsidRPr="0025284C" w:rsidRDefault="00000000" w:rsidP="0032057E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32057E">
              <w:rPr>
                <w:rFonts w:ascii="標楷體" w:eastAsia="標楷體" w:hAnsi="標楷體"/>
                <w:sz w:val="24"/>
                <w:szCs w:val="24"/>
              </w:rPr>
              <w:t>（</w:t>
            </w:r>
            <w:proofErr w:type="spellStart"/>
            <w:r w:rsidRPr="0032057E">
              <w:rPr>
                <w:rFonts w:ascii="標楷體" w:eastAsia="標楷體" w:hAnsi="標楷體"/>
                <w:sz w:val="24"/>
                <w:szCs w:val="24"/>
              </w:rPr>
              <w:t>未成年人適用</w:t>
            </w:r>
            <w:proofErr w:type="spellEnd"/>
            <w:r w:rsidRPr="0032057E">
              <w:rPr>
                <w:rFonts w:ascii="標楷體" w:eastAsia="標楷體" w:hAnsi="標楷體"/>
                <w:sz w:val="24"/>
                <w:szCs w:val="24"/>
              </w:rPr>
              <w:t>）</w:t>
            </w:r>
          </w:p>
        </w:tc>
      </w:tr>
      <w:tr w:rsidR="00DA41A8" w:rsidRPr="0025284C" w14:paraId="1E404567" w14:textId="77777777" w:rsidTr="0032057E">
        <w:trPr>
          <w:cantSplit/>
          <w:trHeight w:val="683"/>
          <w:jc w:val="center"/>
        </w:trPr>
        <w:tc>
          <w:tcPr>
            <w:tcW w:w="165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7843F6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聯絡電話</w:t>
            </w:r>
            <w:proofErr w:type="spellEnd"/>
          </w:p>
        </w:tc>
        <w:tc>
          <w:tcPr>
            <w:tcW w:w="3456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D4006C" w14:textId="77777777" w:rsidR="00DA41A8" w:rsidRPr="0025284C" w:rsidRDefault="00DA41A8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5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20F0B8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與志工關係</w:t>
            </w:r>
          </w:p>
        </w:tc>
        <w:tc>
          <w:tcPr>
            <w:tcW w:w="362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BFB99A" w14:textId="77777777" w:rsidR="00DA41A8" w:rsidRPr="0025284C" w:rsidRDefault="00DA41A8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A41A8" w:rsidRPr="0025284C" w14:paraId="4E7283DD" w14:textId="77777777" w:rsidTr="0032057E">
        <w:trPr>
          <w:cantSplit/>
          <w:trHeight w:val="635"/>
          <w:jc w:val="center"/>
        </w:trPr>
        <w:tc>
          <w:tcPr>
            <w:tcW w:w="165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B34EF2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簽署日期</w:t>
            </w:r>
            <w:proofErr w:type="spellEnd"/>
          </w:p>
        </w:tc>
        <w:tc>
          <w:tcPr>
            <w:tcW w:w="3456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E85B2D" w14:textId="4042E71E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sz w:val="28"/>
                <w:szCs w:val="28"/>
              </w:rPr>
              <w:t xml:space="preserve">____ 年 </w:t>
            </w:r>
            <w:r w:rsidR="008B0AFE" w:rsidRPr="008B0AFE">
              <w:rPr>
                <w:rFonts w:ascii="標楷體" w:eastAsia="標楷體" w:hAnsi="標楷體" w:hint="eastAsia"/>
                <w:sz w:val="28"/>
                <w:szCs w:val="28"/>
                <w:u w:val="single"/>
                <w:lang w:eastAsia="zh-TW"/>
              </w:rPr>
              <w:t xml:space="preserve">    </w:t>
            </w:r>
            <w:r w:rsidRPr="008B0AFE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25284C">
              <w:rPr>
                <w:rFonts w:ascii="標楷體" w:eastAsia="標楷體" w:hAnsi="標楷體"/>
                <w:sz w:val="28"/>
                <w:szCs w:val="28"/>
              </w:rPr>
              <w:t>月 ___日</w:t>
            </w:r>
          </w:p>
        </w:tc>
        <w:tc>
          <w:tcPr>
            <w:tcW w:w="1655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FEAF35" w14:textId="77777777" w:rsidR="00DA41A8" w:rsidRPr="0025284C" w:rsidRDefault="00000000" w:rsidP="0025284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284C">
              <w:rPr>
                <w:rFonts w:ascii="標楷體" w:eastAsia="標楷體" w:hAnsi="標楷體"/>
                <w:b/>
                <w:sz w:val="28"/>
                <w:szCs w:val="28"/>
              </w:rPr>
              <w:t>承辦人</w:t>
            </w:r>
          </w:p>
        </w:tc>
        <w:tc>
          <w:tcPr>
            <w:tcW w:w="3628" w:type="dxa"/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2C944046" w14:textId="77777777" w:rsidR="00DA41A8" w:rsidRPr="0025284C" w:rsidRDefault="00000000" w:rsidP="0032057E">
            <w:pPr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32057E">
              <w:rPr>
                <w:rFonts w:ascii="標楷體" w:eastAsia="標楷體" w:hAnsi="標楷體"/>
                <w:sz w:val="24"/>
                <w:szCs w:val="24"/>
              </w:rPr>
              <w:t>（由承辦單位填寫）</w:t>
            </w:r>
          </w:p>
        </w:tc>
      </w:tr>
    </w:tbl>
    <w:p w14:paraId="1A39853C" w14:textId="77777777" w:rsidR="00DA41A8" w:rsidRPr="0025284C" w:rsidRDefault="00000000" w:rsidP="0025284C">
      <w:pPr>
        <w:spacing w:before="100" w:line="40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25284C">
        <w:rPr>
          <w:rFonts w:ascii="標楷體" w:eastAsia="標楷體" w:hAnsi="標楷體"/>
          <w:color w:val="5F5F5F"/>
          <w:sz w:val="28"/>
          <w:szCs w:val="28"/>
          <w:lang w:eastAsia="zh-TW"/>
        </w:rPr>
        <w:t>※ 本表含個人資料，請由承辦單位依</w:t>
      </w:r>
      <w:proofErr w:type="gramStart"/>
      <w:r w:rsidRPr="0025284C">
        <w:rPr>
          <w:rFonts w:ascii="標楷體" w:eastAsia="標楷體" w:hAnsi="標楷體"/>
          <w:color w:val="5F5F5F"/>
          <w:sz w:val="28"/>
          <w:szCs w:val="28"/>
          <w:lang w:eastAsia="zh-TW"/>
        </w:rPr>
        <w:t>內部資安與個</w:t>
      </w:r>
      <w:proofErr w:type="gramEnd"/>
      <w:r w:rsidRPr="0025284C">
        <w:rPr>
          <w:rFonts w:ascii="標楷體" w:eastAsia="標楷體" w:hAnsi="標楷體"/>
          <w:color w:val="5F5F5F"/>
          <w:sz w:val="28"/>
          <w:szCs w:val="28"/>
          <w:lang w:eastAsia="zh-TW"/>
        </w:rPr>
        <w:t>資管理規範妥善保存及控管使用權限。</w:t>
      </w:r>
    </w:p>
    <w:sectPr w:rsidR="00DA41A8" w:rsidRPr="0025284C" w:rsidSect="009A3B18">
      <w:footerReference w:type="default" r:id="rId8"/>
      <w:pgSz w:w="12240" w:h="15840"/>
      <w:pgMar w:top="720" w:right="720" w:bottom="720" w:left="720" w:header="73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E0634" w14:textId="77777777" w:rsidR="00020BBB" w:rsidRDefault="00020BBB">
      <w:pPr>
        <w:spacing w:line="240" w:lineRule="auto"/>
      </w:pPr>
      <w:r>
        <w:separator/>
      </w:r>
    </w:p>
  </w:endnote>
  <w:endnote w:type="continuationSeparator" w:id="0">
    <w:p w14:paraId="2F262F0F" w14:textId="77777777" w:rsidR="00020BBB" w:rsidRDefault="00020B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CCA5A" w14:textId="32F72317" w:rsidR="00DA41A8" w:rsidRDefault="00000000">
    <w:pPr>
      <w:pStyle w:val="a7"/>
      <w:jc w:val="center"/>
    </w:pPr>
    <w:r>
      <w:rPr>
        <w:color w:val="787878"/>
        <w:sz w:val="17"/>
      </w:rPr>
      <w:t xml:space="preserve">|  </w:t>
    </w:r>
    <w:r>
      <w:rPr>
        <w:color w:val="787878"/>
        <w:sz w:val="17"/>
      </w:rPr>
      <w:fldChar w:fldCharType="begin"/>
    </w:r>
    <w:r>
      <w:rPr>
        <w:color w:val="787878"/>
        <w:sz w:val="17"/>
      </w:rPr>
      <w:instrText xml:space="preserve"> PAGE </w:instrText>
    </w:r>
    <w:r>
      <w:rPr>
        <w:color w:val="787878"/>
        <w:sz w:val="17"/>
      </w:rPr>
      <w:fldChar w:fldCharType="separate"/>
    </w:r>
    <w:r w:rsidR="0025284C">
      <w:rPr>
        <w:noProof/>
        <w:color w:val="787878"/>
        <w:sz w:val="17"/>
      </w:rPr>
      <w:t>1</w:t>
    </w:r>
    <w:r>
      <w:rPr>
        <w:color w:val="787878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7F709" w14:textId="77777777" w:rsidR="00020BBB" w:rsidRDefault="00020BBB">
      <w:pPr>
        <w:spacing w:line="240" w:lineRule="auto"/>
      </w:pPr>
      <w:r>
        <w:separator/>
      </w:r>
    </w:p>
  </w:footnote>
  <w:footnote w:type="continuationSeparator" w:id="0">
    <w:p w14:paraId="6440F741" w14:textId="77777777" w:rsidR="00020BBB" w:rsidRDefault="00020B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3864286">
    <w:abstractNumId w:val="8"/>
  </w:num>
  <w:num w:numId="2" w16cid:durableId="491725032">
    <w:abstractNumId w:val="6"/>
  </w:num>
  <w:num w:numId="3" w16cid:durableId="1133400560">
    <w:abstractNumId w:val="5"/>
  </w:num>
  <w:num w:numId="4" w16cid:durableId="128482038">
    <w:abstractNumId w:val="4"/>
  </w:num>
  <w:num w:numId="5" w16cid:durableId="41909767">
    <w:abstractNumId w:val="7"/>
  </w:num>
  <w:num w:numId="6" w16cid:durableId="1592155616">
    <w:abstractNumId w:val="3"/>
  </w:num>
  <w:num w:numId="7" w16cid:durableId="1287853208">
    <w:abstractNumId w:val="2"/>
  </w:num>
  <w:num w:numId="8" w16cid:durableId="1929461080">
    <w:abstractNumId w:val="1"/>
  </w:num>
  <w:num w:numId="9" w16cid:durableId="1851404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BBB"/>
    <w:rsid w:val="00034616"/>
    <w:rsid w:val="0006063C"/>
    <w:rsid w:val="0015074B"/>
    <w:rsid w:val="0025284C"/>
    <w:rsid w:val="0029639D"/>
    <w:rsid w:val="0032057E"/>
    <w:rsid w:val="00326F90"/>
    <w:rsid w:val="00426AC8"/>
    <w:rsid w:val="005217BB"/>
    <w:rsid w:val="005F5093"/>
    <w:rsid w:val="006064E1"/>
    <w:rsid w:val="00772288"/>
    <w:rsid w:val="00866417"/>
    <w:rsid w:val="008A0570"/>
    <w:rsid w:val="008B0AFE"/>
    <w:rsid w:val="00976643"/>
    <w:rsid w:val="00992A63"/>
    <w:rsid w:val="009A3B18"/>
    <w:rsid w:val="009F2618"/>
    <w:rsid w:val="00A66611"/>
    <w:rsid w:val="00AA1D8D"/>
    <w:rsid w:val="00AE007B"/>
    <w:rsid w:val="00B47730"/>
    <w:rsid w:val="00B87A99"/>
    <w:rsid w:val="00C93F18"/>
    <w:rsid w:val="00CB0664"/>
    <w:rsid w:val="00D61217"/>
    <w:rsid w:val="00D826A1"/>
    <w:rsid w:val="00DA41A8"/>
    <w:rsid w:val="00F42569"/>
    <w:rsid w:val="00F87667"/>
    <w:rsid w:val="00F93F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193436"/>
  <w14:defaultImageDpi w14:val="300"/>
  <w15:docId w15:val="{59EB6D5F-6E81-4ED2-BA33-CCB48F20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52" w:lineRule="auto"/>
    </w:pPr>
    <w:rPr>
      <w:rFonts w:ascii="Noto Sans CJK TC" w:eastAsia="Noto Sans CJK TC" w:hAnsi="Noto Sans CJK T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新進志工基本資料暨服務意願調查表</dc:title>
  <dc:subject>新志工報到資料填寫表單</dc:subject>
  <dc:creator/>
  <cp:keywords/>
  <dc:description/>
  <cp:lastModifiedBy>許雅菱</cp:lastModifiedBy>
  <cp:revision>14</cp:revision>
  <dcterms:created xsi:type="dcterms:W3CDTF">2013-12-23T23:15:00Z</dcterms:created>
  <dcterms:modified xsi:type="dcterms:W3CDTF">2026-09-18T06:21:00Z</dcterms:modified>
  <cp:category/>
</cp:coreProperties>
</file>